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EE64B4" w14:textId="77777777" w:rsidR="00890CF0" w:rsidRDefault="00000000">
      <w:pPr>
        <w:pStyle w:val="Ttulo"/>
      </w:pPr>
      <w:proofErr w:type="spellStart"/>
      <w:r>
        <w:t>Instrucciones</w:t>
      </w:r>
      <w:proofErr w:type="spellEnd"/>
      <w:r>
        <w:t xml:space="preserve"> del </w:t>
      </w:r>
      <w:proofErr w:type="spellStart"/>
      <w:r>
        <w:t>experimento</w:t>
      </w:r>
      <w:proofErr w:type="spellEnd"/>
    </w:p>
    <w:p w14:paraId="709A3ADC" w14:textId="77777777" w:rsidR="00890CF0" w:rsidRDefault="00000000">
      <w:pPr>
        <w:pStyle w:val="Subttulo"/>
      </w:pPr>
      <w:r>
        <w:t xml:space="preserve">USINRED2 · Guía </w:t>
      </w:r>
      <w:proofErr w:type="spellStart"/>
      <w:r>
        <w:t>operativa</w:t>
      </w:r>
      <w:proofErr w:type="spellEnd"/>
      <w:r>
        <w:t xml:space="preserve"> para las </w:t>
      </w:r>
      <w:proofErr w:type="spellStart"/>
      <w:r>
        <w:t>cinco</w:t>
      </w:r>
      <w:proofErr w:type="spellEnd"/>
      <w:r>
        <w:t xml:space="preserve"> </w:t>
      </w:r>
      <w:proofErr w:type="spellStart"/>
      <w:r>
        <w:t>sedes</w:t>
      </w:r>
      <w:proofErr w:type="spellEnd"/>
    </w:p>
    <w:p w14:paraId="67D0F238" w14:textId="77777777" w:rsidR="00890CF0" w:rsidRDefault="00000000">
      <w:pPr>
        <w:pStyle w:val="Ttulo1"/>
      </w:pPr>
      <w:r>
        <w:t xml:space="preserve">Antes de </w:t>
      </w:r>
      <w:proofErr w:type="spellStart"/>
      <w:r>
        <w:t>empezar</w:t>
      </w:r>
      <w:proofErr w:type="spellEnd"/>
      <w:r>
        <w:t xml:space="preserve"> · </w:t>
      </w:r>
      <w:proofErr w:type="spellStart"/>
      <w:r>
        <w:t>Preparación</w:t>
      </w:r>
      <w:proofErr w:type="spellEnd"/>
    </w:p>
    <w:p w14:paraId="55E9488D" w14:textId="318CE061" w:rsidR="00890CF0" w:rsidRDefault="00000000">
      <w:r>
        <w:t xml:space="preserve">01. </w:t>
      </w:r>
      <w:proofErr w:type="spellStart"/>
      <w:r>
        <w:t>Selecciona</w:t>
      </w:r>
      <w:proofErr w:type="spellEnd"/>
      <w:r>
        <w:t xml:space="preserve"> a las personas </w:t>
      </w:r>
      <w:proofErr w:type="spellStart"/>
      <w:r>
        <w:t>participantes</w:t>
      </w:r>
      <w:proofErr w:type="spellEnd"/>
      <w:r>
        <w:t xml:space="preserve"> y </w:t>
      </w:r>
      <w:proofErr w:type="spellStart"/>
      <w:r>
        <w:t>comprueba</w:t>
      </w:r>
      <w:proofErr w:type="spellEnd"/>
      <w:r>
        <w:t xml:space="preserve">, antes de las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semanas</w:t>
      </w:r>
      <w:proofErr w:type="spellEnd"/>
      <w:r>
        <w:t xml:space="preserve"> de </w:t>
      </w:r>
      <w:proofErr w:type="spellStart"/>
      <w:r>
        <w:t>seguimiento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el </w:t>
      </w:r>
      <w:proofErr w:type="spellStart"/>
      <w:r>
        <w:t>teléfono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actividad</w:t>
      </w:r>
      <w:proofErr w:type="spellEnd"/>
      <w:r>
        <w:t xml:space="preserve">. En iPhone: </w:t>
      </w:r>
      <w:proofErr w:type="spellStart"/>
      <w:r>
        <w:t>Ajustes</w:t>
      </w:r>
      <w:proofErr w:type="spellEnd"/>
      <w:r>
        <w:t xml:space="preserve"> &gt; Tiempo de </w:t>
      </w:r>
      <w:proofErr w:type="spellStart"/>
      <w:r>
        <w:t>uso</w:t>
      </w:r>
      <w:proofErr w:type="spellEnd"/>
      <w:r>
        <w:t xml:space="preserve"> &gt; </w:t>
      </w:r>
      <w:proofErr w:type="spellStart"/>
      <w:r>
        <w:t>Actividad</w:t>
      </w:r>
      <w:proofErr w:type="spellEnd"/>
      <w:r>
        <w:t xml:space="preserve"> de apps y sitios web. En Android: </w:t>
      </w:r>
      <w:proofErr w:type="spellStart"/>
      <w:r>
        <w:t>Ajustes</w:t>
      </w:r>
      <w:proofErr w:type="spellEnd"/>
      <w:r>
        <w:t xml:space="preserve"> &gt; </w:t>
      </w:r>
      <w:r w:rsidR="004B6FAF" w:rsidRPr="004B6FAF">
        <w:t xml:space="preserve">Salud digital y </w:t>
      </w:r>
      <w:proofErr w:type="spellStart"/>
      <w:r w:rsidR="004B6FAF" w:rsidRPr="004B6FAF">
        <w:t>controles</w:t>
      </w:r>
      <w:proofErr w:type="spellEnd"/>
      <w:r w:rsidR="004B6FAF" w:rsidRPr="004B6FAF">
        <w:t xml:space="preserve"> </w:t>
      </w:r>
      <w:proofErr w:type="spellStart"/>
      <w:r w:rsidR="004B6FAF" w:rsidRPr="004B6FAF">
        <w:t>parentales</w:t>
      </w:r>
      <w:proofErr w:type="spellEnd"/>
      <w:r>
        <w:t xml:space="preserve">. Sigue la </w:t>
      </w:r>
      <w:proofErr w:type="spellStart"/>
      <w:r>
        <w:t>guía</w:t>
      </w:r>
      <w:proofErr w:type="spellEnd"/>
      <w:r>
        <w:t xml:space="preserve"> del </w:t>
      </w:r>
      <w:proofErr w:type="spellStart"/>
      <w:r>
        <w:t>sistema</w:t>
      </w:r>
      <w:proofErr w:type="spellEnd"/>
      <w:r>
        <w:t xml:space="preserve"> para la </w:t>
      </w:r>
      <w:proofErr w:type="spellStart"/>
      <w:r>
        <w:t>configuración</w:t>
      </w:r>
      <w:proofErr w:type="spellEnd"/>
      <w:r>
        <w:t xml:space="preserve"> y la </w:t>
      </w:r>
      <w:proofErr w:type="spellStart"/>
      <w:r>
        <w:t>grabación</w:t>
      </w:r>
      <w:proofErr w:type="spellEnd"/>
      <w:r>
        <w:t xml:space="preserve"> de </w:t>
      </w:r>
      <w:proofErr w:type="spellStart"/>
      <w:r>
        <w:t>pantalla</w:t>
      </w:r>
      <w:proofErr w:type="spellEnd"/>
      <w:r>
        <w:t>.</w:t>
      </w:r>
    </w:p>
    <w:p w14:paraId="71912CE0" w14:textId="3E77513A" w:rsidR="00890CF0" w:rsidRDefault="00000000">
      <w:r>
        <w:t xml:space="preserve">02. </w:t>
      </w:r>
      <w:proofErr w:type="spellStart"/>
      <w:r>
        <w:t>Recoge</w:t>
      </w:r>
      <w:proofErr w:type="spellEnd"/>
      <w:r>
        <w:t xml:space="preserve"> el </w:t>
      </w:r>
      <w:proofErr w:type="spellStart"/>
      <w:r>
        <w:t>compromiso</w:t>
      </w:r>
      <w:proofErr w:type="spellEnd"/>
      <w:r>
        <w:t xml:space="preserve"> y el </w:t>
      </w:r>
      <w:proofErr w:type="spellStart"/>
      <w:r>
        <w:t>consentimiento</w:t>
      </w:r>
      <w:proofErr w:type="spellEnd"/>
      <w:r>
        <w:t xml:space="preserve"> para la </w:t>
      </w:r>
      <w:proofErr w:type="spellStart"/>
      <w:r>
        <w:t>monitorización</w:t>
      </w:r>
      <w:proofErr w:type="spellEnd"/>
      <w:r>
        <w:t xml:space="preserve">.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nombre</w:t>
      </w:r>
      <w:proofErr w:type="spellEnd"/>
      <w:r>
        <w:t xml:space="preserve">, </w:t>
      </w:r>
      <w:proofErr w:type="spellStart"/>
      <w:r w:rsidR="00CB4B5D" w:rsidRPr="00CB4B5D">
        <w:t>sexo</w:t>
      </w:r>
      <w:proofErr w:type="spellEnd"/>
      <w:r w:rsidR="00CB4B5D" w:rsidRPr="00CB4B5D">
        <w:t xml:space="preserve">, </w:t>
      </w:r>
      <w:proofErr w:type="spellStart"/>
      <w:r w:rsidR="00CB4B5D" w:rsidRPr="00CB4B5D">
        <w:t>edad</w:t>
      </w:r>
      <w:proofErr w:type="spellEnd"/>
      <w:r w:rsidR="00CB4B5D" w:rsidRPr="00CB4B5D">
        <w:t>,</w:t>
      </w:r>
      <w:r w:rsidR="00CB4B5D">
        <w:t xml:space="preserve"> </w:t>
      </w:r>
      <w:proofErr w:type="spellStart"/>
      <w:r w:rsidR="00CB4B5D" w:rsidRPr="00CB4B5D">
        <w:t>ocupación</w:t>
      </w:r>
      <w:proofErr w:type="spellEnd"/>
      <w:r w:rsidR="00CB4B5D" w:rsidRPr="00CB4B5D">
        <w:t xml:space="preserve">, </w:t>
      </w:r>
      <w:proofErr w:type="spellStart"/>
      <w:r w:rsidR="00CB4B5D" w:rsidRPr="00CB4B5D">
        <w:t>nivel</w:t>
      </w:r>
      <w:proofErr w:type="spellEnd"/>
      <w:r w:rsidR="00CB4B5D" w:rsidRPr="00CB4B5D">
        <w:t xml:space="preserve"> de </w:t>
      </w:r>
      <w:proofErr w:type="spellStart"/>
      <w:r w:rsidR="00CB4B5D" w:rsidRPr="00CB4B5D">
        <w:t>estudios</w:t>
      </w:r>
      <w:proofErr w:type="spellEnd"/>
      <w:r w:rsidR="00CB4B5D" w:rsidRPr="00CB4B5D">
        <w:t>,</w:t>
      </w:r>
      <w:r w:rsidR="00CB4B5D">
        <w:t xml:space="preserve"> </w:t>
      </w:r>
      <w:proofErr w:type="spellStart"/>
      <w:r>
        <w:t>teléfono</w:t>
      </w:r>
      <w:proofErr w:type="spellEnd"/>
      <w:r>
        <w:t xml:space="preserve"> y </w:t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 xml:space="preserve"> para las </w:t>
      </w:r>
      <w:proofErr w:type="spellStart"/>
      <w:r>
        <w:t>comunicaciones</w:t>
      </w:r>
      <w:proofErr w:type="spellEnd"/>
      <w:r>
        <w:t xml:space="preserve"> del </w:t>
      </w:r>
      <w:proofErr w:type="spellStart"/>
      <w:r>
        <w:t>experimento</w:t>
      </w:r>
      <w:proofErr w:type="spellEnd"/>
      <w:r>
        <w:t>.</w:t>
      </w:r>
    </w:p>
    <w:p w14:paraId="69737D8A" w14:textId="77777777" w:rsidR="00890CF0" w:rsidRDefault="00000000">
      <w:r>
        <w:t xml:space="preserve">03. </w:t>
      </w:r>
      <w:proofErr w:type="spellStart"/>
      <w:r>
        <w:t>Asigna</w:t>
      </w:r>
      <w:proofErr w:type="spellEnd"/>
      <w:r>
        <w:t xml:space="preserve"> a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participante</w:t>
      </w:r>
      <w:proofErr w:type="spellEnd"/>
      <w:r>
        <w:t xml:space="preserve"> un </w:t>
      </w:r>
      <w:proofErr w:type="spellStart"/>
      <w:r>
        <w:t>código</w:t>
      </w:r>
      <w:proofErr w:type="spellEnd"/>
      <w:r>
        <w:t xml:space="preserve"> </w:t>
      </w:r>
      <w:proofErr w:type="spellStart"/>
      <w:r>
        <w:t>alfanumérico</w:t>
      </w:r>
      <w:proofErr w:type="spellEnd"/>
      <w:r>
        <w:t xml:space="preserve">. Usa el </w:t>
      </w:r>
      <w:proofErr w:type="spellStart"/>
      <w:r>
        <w:t>mismo</w:t>
      </w:r>
      <w:proofErr w:type="spellEnd"/>
      <w:r>
        <w:t xml:space="preserve"> </w:t>
      </w:r>
      <w:proofErr w:type="spellStart"/>
      <w:r>
        <w:t>código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las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semanas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vídeos</w:t>
      </w:r>
      <w:proofErr w:type="spellEnd"/>
      <w:r>
        <w:t xml:space="preserve">, </w:t>
      </w:r>
      <w:proofErr w:type="spellStart"/>
      <w:r>
        <w:t>encuestas</w:t>
      </w:r>
      <w:proofErr w:type="spellEnd"/>
      <w:r>
        <w:t xml:space="preserve">, test de </w:t>
      </w:r>
      <w:proofErr w:type="spellStart"/>
      <w:r>
        <w:t>ansiedad</w:t>
      </w:r>
      <w:proofErr w:type="spellEnd"/>
      <w:r>
        <w:t xml:space="preserve"> y </w:t>
      </w:r>
      <w:proofErr w:type="spellStart"/>
      <w:r>
        <w:t>plantilla</w:t>
      </w:r>
      <w:proofErr w:type="spellEnd"/>
      <w:r>
        <w:t xml:space="preserve"> de </w:t>
      </w:r>
      <w:proofErr w:type="spellStart"/>
      <w:r>
        <w:t>datos</w:t>
      </w:r>
      <w:proofErr w:type="spellEnd"/>
      <w:r>
        <w:t>.</w:t>
      </w:r>
    </w:p>
    <w:p w14:paraId="0EA41431" w14:textId="77777777" w:rsidR="00890CF0" w:rsidRDefault="00000000">
      <w:r>
        <w:t xml:space="preserve">04. Entrega el </w:t>
      </w:r>
      <w:proofErr w:type="spellStart"/>
      <w:r>
        <w:t>calendario</w:t>
      </w:r>
      <w:proofErr w:type="spellEnd"/>
      <w:r>
        <w:t xml:space="preserve"> </w:t>
      </w:r>
      <w:proofErr w:type="spellStart"/>
      <w:r>
        <w:t>publicado</w:t>
      </w:r>
      <w:proofErr w:type="spellEnd"/>
      <w:r>
        <w:t xml:space="preserve"> de la </w:t>
      </w:r>
      <w:proofErr w:type="spellStart"/>
      <w:r>
        <w:t>sede</w:t>
      </w:r>
      <w:proofErr w:type="spellEnd"/>
      <w:r>
        <w:t xml:space="preserve"> </w:t>
      </w:r>
      <w:proofErr w:type="gramStart"/>
      <w:r>
        <w:t>con</w:t>
      </w:r>
      <w:proofErr w:type="gramEnd"/>
      <w:r>
        <w:t xml:space="preserve"> las </w:t>
      </w:r>
      <w:proofErr w:type="spellStart"/>
      <w:r>
        <w:t>fechas</w:t>
      </w:r>
      <w:proofErr w:type="spellEnd"/>
      <w:r>
        <w:t xml:space="preserve"> de briefing, las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semanas</w:t>
      </w:r>
      <w:proofErr w:type="spellEnd"/>
      <w:r>
        <w:t xml:space="preserve">, las </w:t>
      </w:r>
      <w:proofErr w:type="spellStart"/>
      <w:r>
        <w:t>recogidas</w:t>
      </w:r>
      <w:proofErr w:type="spellEnd"/>
      <w:r>
        <w:t xml:space="preserve"> y el </w:t>
      </w:r>
      <w:proofErr w:type="spellStart"/>
      <w:r>
        <w:t>cierre</w:t>
      </w:r>
      <w:proofErr w:type="spellEnd"/>
      <w:r>
        <w:t xml:space="preserve">. </w:t>
      </w:r>
      <w:proofErr w:type="spellStart"/>
      <w:r>
        <w:t>Comunica</w:t>
      </w:r>
      <w:proofErr w:type="spellEnd"/>
      <w:r>
        <w:t xml:space="preserve"> las horas y </w:t>
      </w:r>
      <w:proofErr w:type="spellStart"/>
      <w:r>
        <w:t>los</w:t>
      </w:r>
      <w:proofErr w:type="spellEnd"/>
      <w:r>
        <w:t xml:space="preserve"> </w:t>
      </w:r>
      <w:proofErr w:type="spellStart"/>
      <w:r>
        <w:t>lugares</w:t>
      </w:r>
      <w:proofErr w:type="spellEnd"/>
      <w:r>
        <w:t xml:space="preserve"> de </w:t>
      </w:r>
      <w:proofErr w:type="spellStart"/>
      <w:r>
        <w:t>reunión</w:t>
      </w:r>
      <w:proofErr w:type="spellEnd"/>
      <w:r>
        <w:t xml:space="preserve">. </w:t>
      </w:r>
      <w:proofErr w:type="spellStart"/>
      <w:r>
        <w:t>Todas</w:t>
      </w:r>
      <w:proofErr w:type="spellEnd"/>
      <w:r>
        <w:t xml:space="preserve"> las </w:t>
      </w:r>
      <w:proofErr w:type="spellStart"/>
      <w:r>
        <w:t>actuaciones</w:t>
      </w:r>
      <w:proofErr w:type="spellEnd"/>
      <w:r>
        <w:t xml:space="preserve"> se </w:t>
      </w:r>
      <w:proofErr w:type="spellStart"/>
      <w:r>
        <w:t>ajustan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esas</w:t>
      </w:r>
      <w:proofErr w:type="spellEnd"/>
      <w:r>
        <w:t xml:space="preserve"> </w:t>
      </w:r>
      <w:proofErr w:type="spellStart"/>
      <w:r>
        <w:t>fechas</w:t>
      </w:r>
      <w:proofErr w:type="spellEnd"/>
      <w:r>
        <w:t>.</w:t>
      </w:r>
    </w:p>
    <w:p w14:paraId="47A75558" w14:textId="702A1CA6" w:rsidR="00890CF0" w:rsidRDefault="00000000">
      <w:r>
        <w:t xml:space="preserve">05. </w:t>
      </w:r>
      <w:proofErr w:type="spellStart"/>
      <w:r>
        <w:t>Realiza</w:t>
      </w:r>
      <w:proofErr w:type="spellEnd"/>
      <w:r>
        <w:t xml:space="preserve"> el briefing y </w:t>
      </w:r>
      <w:proofErr w:type="spellStart"/>
      <w:r>
        <w:t>comprueba</w:t>
      </w:r>
      <w:proofErr w:type="spellEnd"/>
      <w:r>
        <w:t xml:space="preserve"> con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participante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consultar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datos</w:t>
      </w:r>
      <w:proofErr w:type="spellEnd"/>
      <w:r>
        <w:t xml:space="preserve"> y </w:t>
      </w:r>
      <w:proofErr w:type="spellStart"/>
      <w:r>
        <w:t>grabar</w:t>
      </w:r>
      <w:proofErr w:type="spellEnd"/>
      <w:r>
        <w:t xml:space="preserve"> la </w:t>
      </w:r>
      <w:proofErr w:type="spellStart"/>
      <w:r>
        <w:t>pantalla</w:t>
      </w:r>
      <w:proofErr w:type="spellEnd"/>
      <w:r>
        <w:t xml:space="preserve">. </w:t>
      </w:r>
      <w:proofErr w:type="spellStart"/>
      <w:r>
        <w:t>Prepara</w:t>
      </w:r>
      <w:proofErr w:type="spellEnd"/>
      <w:r>
        <w:t xml:space="preserve"> un </w:t>
      </w:r>
      <w:proofErr w:type="spellStart"/>
      <w:r>
        <w:t>espacio</w:t>
      </w:r>
      <w:proofErr w:type="spellEnd"/>
      <w:r>
        <w:t xml:space="preserve"> con </w:t>
      </w:r>
      <w:proofErr w:type="spellStart"/>
      <w:r>
        <w:t>ordenadores</w:t>
      </w:r>
      <w:proofErr w:type="spellEnd"/>
      <w:r w:rsidR="00B40A90">
        <w:t xml:space="preserve"> y </w:t>
      </w:r>
      <w:proofErr w:type="spellStart"/>
      <w:r>
        <w:t>los</w:t>
      </w:r>
      <w:proofErr w:type="spellEnd"/>
      <w:r>
        <w:t xml:space="preserve"> </w:t>
      </w:r>
      <w:proofErr w:type="spellStart"/>
      <w:r>
        <w:t>medios</w:t>
      </w:r>
      <w:proofErr w:type="spellEnd"/>
      <w:r>
        <w:t xml:space="preserve"> para </w:t>
      </w:r>
      <w:proofErr w:type="spellStart"/>
      <w:r>
        <w:t>transferir</w:t>
      </w:r>
      <w:proofErr w:type="spellEnd"/>
      <w:r>
        <w:t xml:space="preserve"> </w:t>
      </w:r>
      <w:proofErr w:type="spellStart"/>
      <w:r w:rsidR="00B40A90">
        <w:t>los</w:t>
      </w:r>
      <w:proofErr w:type="spellEnd"/>
      <w:r w:rsidR="00B40A90">
        <w:t xml:space="preserve"> </w:t>
      </w:r>
      <w:proofErr w:type="spellStart"/>
      <w:r>
        <w:t>vídeos</w:t>
      </w:r>
      <w:proofErr w:type="spellEnd"/>
      <w:r w:rsidR="00B40A90">
        <w:t>.</w:t>
      </w:r>
    </w:p>
    <w:p w14:paraId="7981FDFC" w14:textId="77777777" w:rsidR="00890CF0" w:rsidRDefault="00000000">
      <w:pPr>
        <w:pStyle w:val="Ttulo1"/>
      </w:pPr>
      <w:r>
        <w:t xml:space="preserve">Semana 1 · </w:t>
      </w:r>
      <w:proofErr w:type="spellStart"/>
      <w:r>
        <w:t>Consumo</w:t>
      </w:r>
      <w:proofErr w:type="spellEnd"/>
      <w:r>
        <w:t xml:space="preserve"> habitual</w:t>
      </w:r>
    </w:p>
    <w:p w14:paraId="0AF9B7C4" w14:textId="77777777" w:rsidR="00890CF0" w:rsidRDefault="00000000">
      <w:r>
        <w:t xml:space="preserve">06. Durante la </w:t>
      </w:r>
      <w:proofErr w:type="spellStart"/>
      <w:r>
        <w:t>semana</w:t>
      </w:r>
      <w:proofErr w:type="spellEnd"/>
      <w:r>
        <w:t xml:space="preserve"> 1 del </w:t>
      </w:r>
      <w:proofErr w:type="spellStart"/>
      <w:r>
        <w:t>calendario</w:t>
      </w:r>
      <w:proofErr w:type="spellEnd"/>
      <w:r>
        <w:t xml:space="preserve">, las personas </w:t>
      </w:r>
      <w:proofErr w:type="spellStart"/>
      <w:r>
        <w:t>participantes</w:t>
      </w:r>
      <w:proofErr w:type="spellEnd"/>
      <w:r>
        <w:t xml:space="preserve"> </w:t>
      </w:r>
      <w:proofErr w:type="spellStart"/>
      <w:r>
        <w:t>mantienen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habitual del </w:t>
      </w:r>
      <w:proofErr w:type="spellStart"/>
      <w:r>
        <w:t>teléfono</w:t>
      </w:r>
      <w:proofErr w:type="spellEnd"/>
      <w:r>
        <w:t xml:space="preserve"> y el </w:t>
      </w:r>
      <w:proofErr w:type="spellStart"/>
      <w:r>
        <w:t>registro</w:t>
      </w:r>
      <w:proofErr w:type="spellEnd"/>
      <w:r>
        <w:t xml:space="preserve"> de </w:t>
      </w:r>
      <w:proofErr w:type="spellStart"/>
      <w:r>
        <w:t>actividad</w:t>
      </w:r>
      <w:proofErr w:type="spellEnd"/>
      <w:r>
        <w:t xml:space="preserve"> </w:t>
      </w:r>
      <w:proofErr w:type="spellStart"/>
      <w:r>
        <w:t>permanece</w:t>
      </w:r>
      <w:proofErr w:type="spellEnd"/>
      <w:r>
        <w:t xml:space="preserve"> </w:t>
      </w:r>
      <w:proofErr w:type="spellStart"/>
      <w:r>
        <w:t>activo</w:t>
      </w:r>
      <w:proofErr w:type="spellEnd"/>
      <w:r>
        <w:t>.</w:t>
      </w:r>
    </w:p>
    <w:p w14:paraId="290BA06A" w14:textId="77777777" w:rsidR="00890CF0" w:rsidRDefault="00000000">
      <w:r>
        <w:t xml:space="preserve">07. Envía la </w:t>
      </w:r>
      <w:proofErr w:type="spellStart"/>
      <w:r>
        <w:t>Encuesta</w:t>
      </w:r>
      <w:proofErr w:type="spellEnd"/>
      <w:r>
        <w:t xml:space="preserve"> 1 y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envío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hoja de control. </w:t>
      </w:r>
      <w:proofErr w:type="spellStart"/>
      <w:r>
        <w:t>Utiliza</w:t>
      </w:r>
      <w:proofErr w:type="spellEnd"/>
      <w:r>
        <w:t xml:space="preserve"> el </w:t>
      </w:r>
      <w:proofErr w:type="spellStart"/>
      <w:r>
        <w:t>código</w:t>
      </w:r>
      <w:proofErr w:type="spellEnd"/>
      <w:r>
        <w:t xml:space="preserve"> de </w:t>
      </w:r>
      <w:proofErr w:type="spellStart"/>
      <w:r>
        <w:t>participante</w:t>
      </w:r>
      <w:proofErr w:type="spellEnd"/>
      <w:r>
        <w:t xml:space="preserve"> para </w:t>
      </w:r>
      <w:proofErr w:type="spellStart"/>
      <w:r>
        <w:t>identificar</w:t>
      </w:r>
      <w:proofErr w:type="spellEnd"/>
      <w:r>
        <w:t xml:space="preserve"> la </w:t>
      </w:r>
      <w:proofErr w:type="spellStart"/>
      <w:r>
        <w:t>respuesta</w:t>
      </w:r>
      <w:proofErr w:type="spellEnd"/>
      <w:r>
        <w:t>.</w:t>
      </w:r>
    </w:p>
    <w:p w14:paraId="3E15BD8D" w14:textId="77777777" w:rsidR="00890CF0" w:rsidRDefault="00000000">
      <w:r>
        <w:t xml:space="preserve">08. Envía un </w:t>
      </w:r>
      <w:proofErr w:type="spellStart"/>
      <w:r>
        <w:t>recordatorio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correo</w:t>
      </w:r>
      <w:proofErr w:type="spellEnd"/>
      <w:r>
        <w:t xml:space="preserve"> y </w:t>
      </w:r>
      <w:proofErr w:type="spellStart"/>
      <w:r>
        <w:t>mensajería</w:t>
      </w:r>
      <w:proofErr w:type="spellEnd"/>
      <w:r>
        <w:t xml:space="preserve"> con la </w:t>
      </w:r>
      <w:proofErr w:type="spellStart"/>
      <w:r>
        <w:t>fecha</w:t>
      </w:r>
      <w:proofErr w:type="spellEnd"/>
      <w:r>
        <w:t xml:space="preserve">, hora y </w:t>
      </w:r>
      <w:proofErr w:type="spellStart"/>
      <w:r>
        <w:t>lugar</w:t>
      </w:r>
      <w:proofErr w:type="spellEnd"/>
      <w:r>
        <w:t xml:space="preserve"> de la </w:t>
      </w:r>
      <w:proofErr w:type="spellStart"/>
      <w:r>
        <w:t>toma</w:t>
      </w:r>
      <w:proofErr w:type="spellEnd"/>
      <w:r>
        <w:t xml:space="preserve"> de </w:t>
      </w:r>
      <w:proofErr w:type="spellStart"/>
      <w:r>
        <w:t>datos</w:t>
      </w:r>
      <w:proofErr w:type="spellEnd"/>
      <w:r>
        <w:t xml:space="preserve"> de </w:t>
      </w:r>
      <w:proofErr w:type="spellStart"/>
      <w:r>
        <w:t>semana</w:t>
      </w:r>
      <w:proofErr w:type="spellEnd"/>
      <w:r>
        <w:t xml:space="preserve"> 1 </w:t>
      </w:r>
      <w:proofErr w:type="spellStart"/>
      <w:r>
        <w:t>que</w:t>
      </w:r>
      <w:proofErr w:type="spellEnd"/>
      <w:r>
        <w:t xml:space="preserve"> </w:t>
      </w:r>
      <w:proofErr w:type="spellStart"/>
      <w:r>
        <w:t>figura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calendario</w:t>
      </w:r>
      <w:proofErr w:type="spellEnd"/>
      <w:r>
        <w:t xml:space="preserve"> </w:t>
      </w:r>
      <w:proofErr w:type="spellStart"/>
      <w:r>
        <w:t>publicado</w:t>
      </w:r>
      <w:proofErr w:type="spellEnd"/>
      <w:r>
        <w:t>.</w:t>
      </w:r>
    </w:p>
    <w:p w14:paraId="6315A928" w14:textId="1340B349" w:rsidR="00890CF0" w:rsidRDefault="00000000">
      <w:r>
        <w:t xml:space="preserve">09. En </w:t>
      </w:r>
      <w:proofErr w:type="spellStart"/>
      <w:r>
        <w:t>esa</w:t>
      </w:r>
      <w:proofErr w:type="spellEnd"/>
      <w:r>
        <w:t xml:space="preserve"> </w:t>
      </w:r>
      <w:proofErr w:type="spellStart"/>
      <w:r>
        <w:t>recogida</w:t>
      </w:r>
      <w:proofErr w:type="spellEnd"/>
      <w:r>
        <w:t xml:space="preserve">, </w:t>
      </w:r>
      <w:proofErr w:type="spellStart"/>
      <w:r>
        <w:t>graba</w:t>
      </w:r>
      <w:proofErr w:type="spellEnd"/>
      <w:r>
        <w:t xml:space="preserve"> la </w:t>
      </w:r>
      <w:proofErr w:type="spellStart"/>
      <w:r>
        <w:t>pantalla</w:t>
      </w:r>
      <w:proofErr w:type="spellEnd"/>
      <w:r>
        <w:t xml:space="preserve"> con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datos</w:t>
      </w:r>
      <w:proofErr w:type="spellEnd"/>
      <w:r>
        <w:t xml:space="preserve"> del </w:t>
      </w:r>
      <w:proofErr w:type="spellStart"/>
      <w:r>
        <w:t>periodo</w:t>
      </w:r>
      <w:proofErr w:type="spellEnd"/>
      <w:r>
        <w:t xml:space="preserve"> de </w:t>
      </w:r>
      <w:proofErr w:type="spellStart"/>
      <w:r>
        <w:t>semana</w:t>
      </w:r>
      <w:proofErr w:type="spellEnd"/>
      <w:r>
        <w:t xml:space="preserve"> 1: </w:t>
      </w:r>
      <w:proofErr w:type="spellStart"/>
      <w:r w:rsidRPr="005E5C35">
        <w:t>uso</w:t>
      </w:r>
      <w:proofErr w:type="spellEnd"/>
      <w:r w:rsidRPr="005E5C35">
        <w:t xml:space="preserve"> </w:t>
      </w:r>
      <w:proofErr w:type="spellStart"/>
      <w:r w:rsidR="005E5C35" w:rsidRPr="005E5C35">
        <w:t>semanal</w:t>
      </w:r>
      <w:proofErr w:type="spellEnd"/>
      <w:r w:rsidRPr="005E5C35">
        <w:t xml:space="preserve">, </w:t>
      </w:r>
      <w:proofErr w:type="spellStart"/>
      <w:r w:rsidR="005E5C35" w:rsidRPr="005E5C35">
        <w:t>uso</w:t>
      </w:r>
      <w:proofErr w:type="spellEnd"/>
      <w:r w:rsidR="005E5C35" w:rsidRPr="005E5C35">
        <w:t xml:space="preserve"> </w:t>
      </w:r>
      <w:proofErr w:type="spellStart"/>
      <w:r w:rsidR="005E5C35" w:rsidRPr="005E5C35">
        <w:t>diario</w:t>
      </w:r>
      <w:proofErr w:type="spellEnd"/>
      <w:r w:rsidR="005E5C35" w:rsidRPr="005E5C35">
        <w:t xml:space="preserve"> y </w:t>
      </w:r>
      <w:proofErr w:type="spellStart"/>
      <w:r w:rsidRPr="005E5C35">
        <w:t>aplicaciones</w:t>
      </w:r>
      <w:proofErr w:type="spellEnd"/>
      <w:proofErr w:type="gramStart"/>
      <w:r>
        <w:t>, .</w:t>
      </w:r>
      <w:proofErr w:type="gramEnd"/>
      <w:r>
        <w:t xml:space="preserve"> </w:t>
      </w:r>
      <w:proofErr w:type="spellStart"/>
      <w:r>
        <w:t>Revisa</w:t>
      </w:r>
      <w:proofErr w:type="spellEnd"/>
      <w:r>
        <w:t xml:space="preserve"> las </w:t>
      </w:r>
      <w:proofErr w:type="spellStart"/>
      <w:r>
        <w:t>fechas</w:t>
      </w:r>
      <w:proofErr w:type="spellEnd"/>
      <w:r>
        <w:t xml:space="preserve"> </w:t>
      </w:r>
      <w:proofErr w:type="spellStart"/>
      <w:r>
        <w:t>mostradas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teléfono</w:t>
      </w:r>
      <w:proofErr w:type="spellEnd"/>
      <w:r>
        <w:t xml:space="preserve">; no </w:t>
      </w:r>
      <w:proofErr w:type="spellStart"/>
      <w:r>
        <w:t>incluyas</w:t>
      </w:r>
      <w:proofErr w:type="spellEnd"/>
      <w:r>
        <w:t xml:space="preserve"> dos </w:t>
      </w:r>
      <w:proofErr w:type="spellStart"/>
      <w:r>
        <w:t>veces</w:t>
      </w:r>
      <w:proofErr w:type="spellEnd"/>
      <w:r>
        <w:t xml:space="preserve"> un </w:t>
      </w:r>
      <w:proofErr w:type="spellStart"/>
      <w:r>
        <w:t>mismo</w:t>
      </w:r>
      <w:proofErr w:type="spellEnd"/>
      <w:r>
        <w:t xml:space="preserve"> día </w:t>
      </w:r>
      <w:proofErr w:type="spellStart"/>
      <w:r>
        <w:t>en</w:t>
      </w:r>
      <w:proofErr w:type="spellEnd"/>
      <w:r>
        <w:t xml:space="preserve"> </w:t>
      </w:r>
      <w:proofErr w:type="spellStart"/>
      <w:r>
        <w:t>semanas</w:t>
      </w:r>
      <w:proofErr w:type="spellEnd"/>
      <w:r>
        <w:t xml:space="preserve"> </w:t>
      </w:r>
      <w:proofErr w:type="spellStart"/>
      <w:r>
        <w:t>consecutivas</w:t>
      </w:r>
      <w:proofErr w:type="spellEnd"/>
      <w:r>
        <w:t>.</w:t>
      </w:r>
    </w:p>
    <w:p w14:paraId="510742B1" w14:textId="77777777" w:rsidR="00890CF0" w:rsidRDefault="00000000">
      <w:r>
        <w:t xml:space="preserve">10. </w:t>
      </w:r>
      <w:proofErr w:type="spellStart"/>
      <w:r>
        <w:t>Transfiere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vídeos</w:t>
      </w:r>
      <w:proofErr w:type="spellEnd"/>
      <w:r>
        <w:t xml:space="preserve"> al </w:t>
      </w:r>
      <w:proofErr w:type="spellStart"/>
      <w:r>
        <w:t>ordenador</w:t>
      </w:r>
      <w:proofErr w:type="spellEnd"/>
      <w:r>
        <w:t xml:space="preserve"> del </w:t>
      </w:r>
      <w:proofErr w:type="spellStart"/>
      <w:r>
        <w:t>equipo</w:t>
      </w:r>
      <w:proofErr w:type="spellEnd"/>
      <w:r>
        <w:t xml:space="preserve"> </w:t>
      </w:r>
      <w:proofErr w:type="spellStart"/>
      <w:r>
        <w:t>responsable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un medio compatible, </w:t>
      </w:r>
      <w:proofErr w:type="spellStart"/>
      <w:r>
        <w:t>como</w:t>
      </w:r>
      <w:proofErr w:type="spellEnd"/>
      <w:r>
        <w:t xml:space="preserve"> cable o </w:t>
      </w:r>
      <w:proofErr w:type="spellStart"/>
      <w:r>
        <w:t>AirDrop</w:t>
      </w:r>
      <w:proofErr w:type="spellEnd"/>
      <w:r>
        <w:t xml:space="preserve"> entre </w:t>
      </w:r>
      <w:proofErr w:type="spellStart"/>
      <w:r>
        <w:t>dispositivos</w:t>
      </w:r>
      <w:proofErr w:type="spellEnd"/>
      <w:r>
        <w:t xml:space="preserve"> Apple. </w:t>
      </w:r>
      <w:proofErr w:type="spellStart"/>
      <w:r>
        <w:t>Comprueba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abren</w:t>
      </w:r>
      <w:proofErr w:type="spellEnd"/>
      <w:r>
        <w:t xml:space="preserve"> y </w:t>
      </w:r>
      <w:proofErr w:type="spellStart"/>
      <w:r>
        <w:t>renómbralos</w:t>
      </w:r>
      <w:proofErr w:type="spellEnd"/>
      <w:r>
        <w:t xml:space="preserve"> con </w:t>
      </w:r>
      <w:proofErr w:type="spellStart"/>
      <w:r>
        <w:t>código</w:t>
      </w:r>
      <w:proofErr w:type="spellEnd"/>
      <w:r>
        <w:t xml:space="preserve">, </w:t>
      </w:r>
      <w:proofErr w:type="spellStart"/>
      <w:r>
        <w:t>sede</w:t>
      </w:r>
      <w:proofErr w:type="spellEnd"/>
      <w:r>
        <w:t xml:space="preserve"> y </w:t>
      </w:r>
      <w:proofErr w:type="spellStart"/>
      <w:r>
        <w:t>semana</w:t>
      </w:r>
      <w:proofErr w:type="spellEnd"/>
      <w:r>
        <w:t xml:space="preserve">. </w:t>
      </w:r>
      <w:proofErr w:type="spellStart"/>
      <w:r>
        <w:t>Anota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Semana 1 de la </w:t>
      </w:r>
      <w:proofErr w:type="spellStart"/>
      <w:r>
        <w:t>plantilla</w:t>
      </w:r>
      <w:proofErr w:type="spellEnd"/>
      <w:r>
        <w:t>.</w:t>
      </w:r>
    </w:p>
    <w:p w14:paraId="1E964E01" w14:textId="77777777" w:rsidR="00890CF0" w:rsidRDefault="00000000">
      <w:r>
        <w:lastRenderedPageBreak/>
        <w:t xml:space="preserve">11. </w:t>
      </w:r>
      <w:proofErr w:type="spellStart"/>
      <w:r>
        <w:t>Comprueba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 ha </w:t>
      </w:r>
      <w:proofErr w:type="spellStart"/>
      <w:r>
        <w:t>recibido</w:t>
      </w:r>
      <w:proofErr w:type="spellEnd"/>
      <w:r>
        <w:t xml:space="preserve"> la </w:t>
      </w:r>
      <w:proofErr w:type="spellStart"/>
      <w:r>
        <w:t>Encuesta</w:t>
      </w:r>
      <w:proofErr w:type="spellEnd"/>
      <w:r>
        <w:t xml:space="preserve"> 1. Marca Datos de </w:t>
      </w:r>
      <w:proofErr w:type="spellStart"/>
      <w:r>
        <w:t>semana</w:t>
      </w:r>
      <w:proofErr w:type="spellEnd"/>
      <w:r>
        <w:t xml:space="preserve"> 1 </w:t>
      </w:r>
      <w:proofErr w:type="spellStart"/>
      <w:r>
        <w:t>recibidos</w:t>
      </w:r>
      <w:proofErr w:type="spellEnd"/>
      <w:r>
        <w:t xml:space="preserve"> y </w:t>
      </w:r>
      <w:proofErr w:type="spellStart"/>
      <w:r>
        <w:t>Encuesta</w:t>
      </w:r>
      <w:proofErr w:type="spellEnd"/>
      <w:r>
        <w:t xml:space="preserve"> 1 </w:t>
      </w:r>
      <w:proofErr w:type="spellStart"/>
      <w:r>
        <w:t>recibida</w:t>
      </w:r>
      <w:proofErr w:type="spellEnd"/>
      <w:r>
        <w:t xml:space="preserve">; </w:t>
      </w:r>
      <w:proofErr w:type="spellStart"/>
      <w:r>
        <w:t>después</w:t>
      </w:r>
      <w:proofErr w:type="spellEnd"/>
      <w:r>
        <w:t xml:space="preserve">, Semana 1 </w:t>
      </w:r>
      <w:proofErr w:type="spellStart"/>
      <w:r>
        <w:t>completada</w:t>
      </w:r>
      <w:proofErr w:type="spellEnd"/>
      <w:r>
        <w:t>.</w:t>
      </w:r>
    </w:p>
    <w:p w14:paraId="073B3DB4" w14:textId="77777777" w:rsidR="00890CF0" w:rsidRDefault="00000000">
      <w:pPr>
        <w:pStyle w:val="Ttulo1"/>
      </w:pPr>
      <w:r>
        <w:t xml:space="preserve">Semana 2 · </w:t>
      </w:r>
      <w:proofErr w:type="spellStart"/>
      <w:r>
        <w:t>Desconexión</w:t>
      </w:r>
      <w:proofErr w:type="spellEnd"/>
    </w:p>
    <w:p w14:paraId="06BAE4DB" w14:textId="77777777" w:rsidR="00890CF0" w:rsidRDefault="00000000">
      <w:r>
        <w:t xml:space="preserve">12. La </w:t>
      </w:r>
      <w:proofErr w:type="spellStart"/>
      <w:r>
        <w:t>desconexión</w:t>
      </w:r>
      <w:proofErr w:type="spellEnd"/>
      <w:r>
        <w:t xml:space="preserve"> </w:t>
      </w:r>
      <w:proofErr w:type="spellStart"/>
      <w:r>
        <w:t>empieza</w:t>
      </w:r>
      <w:proofErr w:type="spellEnd"/>
      <w:r>
        <w:t xml:space="preserve"> y termina </w:t>
      </w:r>
      <w:proofErr w:type="spellStart"/>
      <w:r>
        <w:t>en</w:t>
      </w:r>
      <w:proofErr w:type="spellEnd"/>
      <w:r>
        <w:t xml:space="preserve"> las </w:t>
      </w:r>
      <w:proofErr w:type="spellStart"/>
      <w:r>
        <w:t>fechas</w:t>
      </w:r>
      <w:proofErr w:type="spellEnd"/>
      <w:r>
        <w:t xml:space="preserve"> de </w:t>
      </w:r>
      <w:proofErr w:type="spellStart"/>
      <w:r>
        <w:t>semana</w:t>
      </w:r>
      <w:proofErr w:type="spellEnd"/>
      <w:r>
        <w:t xml:space="preserve"> 2 del </w:t>
      </w:r>
      <w:proofErr w:type="spellStart"/>
      <w:r>
        <w:t>calendario</w:t>
      </w:r>
      <w:proofErr w:type="spellEnd"/>
      <w:r>
        <w:t xml:space="preserve"> de la </w:t>
      </w:r>
      <w:proofErr w:type="spellStart"/>
      <w:r>
        <w:t>sede</w:t>
      </w:r>
      <w:proofErr w:type="spellEnd"/>
      <w:r>
        <w:t xml:space="preserve">.  </w:t>
      </w:r>
      <w:proofErr w:type="spellStart"/>
      <w:r>
        <w:t>pide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anoten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día sus </w:t>
      </w:r>
      <w:proofErr w:type="spellStart"/>
      <w:r>
        <w:t>experiencias</w:t>
      </w:r>
      <w:proofErr w:type="spellEnd"/>
      <w:r>
        <w:t xml:space="preserve"> y </w:t>
      </w:r>
      <w:proofErr w:type="spellStart"/>
      <w:r>
        <w:t>sensaciones</w:t>
      </w:r>
      <w:proofErr w:type="spellEnd"/>
      <w:r>
        <w:t xml:space="preserve">. </w:t>
      </w:r>
      <w:proofErr w:type="spellStart"/>
      <w:r>
        <w:t>Mantén</w:t>
      </w:r>
      <w:proofErr w:type="spellEnd"/>
      <w:r>
        <w:t xml:space="preserve"> </w:t>
      </w:r>
      <w:proofErr w:type="spellStart"/>
      <w:r>
        <w:t>habilitado</w:t>
      </w:r>
      <w:proofErr w:type="spellEnd"/>
      <w:r>
        <w:t xml:space="preserve"> el </w:t>
      </w:r>
      <w:proofErr w:type="spellStart"/>
      <w:r>
        <w:t>registro</w:t>
      </w:r>
      <w:proofErr w:type="spellEnd"/>
      <w:r>
        <w:t xml:space="preserve"> de </w:t>
      </w:r>
      <w:proofErr w:type="spellStart"/>
      <w:r>
        <w:t>actividad</w:t>
      </w:r>
      <w:proofErr w:type="spellEnd"/>
      <w:r>
        <w:t xml:space="preserve"> del </w:t>
      </w:r>
      <w:proofErr w:type="spellStart"/>
      <w:r>
        <w:t>teléfono</w:t>
      </w:r>
      <w:proofErr w:type="spellEnd"/>
      <w:r>
        <w:t>.</w:t>
      </w:r>
    </w:p>
    <w:p w14:paraId="4AEA5D74" w14:textId="77777777" w:rsidR="00890CF0" w:rsidRDefault="00000000">
      <w:r>
        <w:t xml:space="preserve">13. Envía la </w:t>
      </w:r>
      <w:proofErr w:type="spellStart"/>
      <w:r>
        <w:t>Encuesta</w:t>
      </w:r>
      <w:proofErr w:type="spellEnd"/>
      <w:r>
        <w:t xml:space="preserve"> 2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 xml:space="preserve"> para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pueda</w:t>
      </w:r>
      <w:proofErr w:type="spellEnd"/>
      <w:r>
        <w:t xml:space="preserve"> </w:t>
      </w:r>
      <w:proofErr w:type="spellStart"/>
      <w:r>
        <w:t>cumplimentarse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un </w:t>
      </w:r>
      <w:proofErr w:type="spellStart"/>
      <w:r>
        <w:t>ordenador</w:t>
      </w:r>
      <w:proofErr w:type="spellEnd"/>
      <w:r>
        <w:t xml:space="preserve">. Indica a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participante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use </w:t>
      </w:r>
      <w:proofErr w:type="spellStart"/>
      <w:r>
        <w:t>su</w:t>
      </w:r>
      <w:proofErr w:type="spellEnd"/>
      <w:r>
        <w:t xml:space="preserve"> </w:t>
      </w:r>
      <w:proofErr w:type="spellStart"/>
      <w:r>
        <w:t>código</w:t>
      </w:r>
      <w:proofErr w:type="spellEnd"/>
      <w:r>
        <w:t xml:space="preserve"> y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Encuesta</w:t>
      </w:r>
      <w:proofErr w:type="spellEnd"/>
      <w:r>
        <w:t xml:space="preserve"> 2 </w:t>
      </w:r>
      <w:proofErr w:type="spellStart"/>
      <w:r>
        <w:t>enviada</w:t>
      </w:r>
      <w:proofErr w:type="spellEnd"/>
      <w:r>
        <w:t>.</w:t>
      </w:r>
    </w:p>
    <w:p w14:paraId="1C101850" w14:textId="77777777" w:rsidR="00890CF0" w:rsidRDefault="00000000">
      <w:r>
        <w:t xml:space="preserve">14. Envía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correo</w:t>
      </w:r>
      <w:proofErr w:type="spellEnd"/>
      <w:r>
        <w:t xml:space="preserve"> el </w:t>
      </w:r>
      <w:proofErr w:type="spellStart"/>
      <w:r>
        <w:t>recordatorio</w:t>
      </w:r>
      <w:proofErr w:type="spellEnd"/>
      <w:r>
        <w:t xml:space="preserve"> de la </w:t>
      </w:r>
      <w:proofErr w:type="spellStart"/>
      <w:r>
        <w:t>toma</w:t>
      </w:r>
      <w:proofErr w:type="spellEnd"/>
      <w:r>
        <w:t xml:space="preserve"> de </w:t>
      </w:r>
      <w:proofErr w:type="spellStart"/>
      <w:r>
        <w:t>datos</w:t>
      </w:r>
      <w:proofErr w:type="spellEnd"/>
      <w:r>
        <w:t xml:space="preserve"> experimental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fecha</w:t>
      </w:r>
      <w:proofErr w:type="spellEnd"/>
      <w:r>
        <w:t xml:space="preserve"> </w:t>
      </w:r>
      <w:proofErr w:type="spellStart"/>
      <w:r>
        <w:t>publicada</w:t>
      </w:r>
      <w:proofErr w:type="spellEnd"/>
      <w:r>
        <w:t xml:space="preserve">. </w:t>
      </w:r>
      <w:proofErr w:type="spellStart"/>
      <w:r>
        <w:t>Recopila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vídeos</w:t>
      </w:r>
      <w:proofErr w:type="spellEnd"/>
      <w:r>
        <w:t xml:space="preserve"> y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datos</w:t>
      </w:r>
      <w:proofErr w:type="spellEnd"/>
      <w:r>
        <w:t xml:space="preserve"> de </w:t>
      </w:r>
      <w:proofErr w:type="spellStart"/>
      <w:r>
        <w:t>semana</w:t>
      </w:r>
      <w:proofErr w:type="spellEnd"/>
      <w:r>
        <w:t xml:space="preserve"> 2 con el </w:t>
      </w:r>
      <w:proofErr w:type="spellStart"/>
      <w:r>
        <w:t>mismo</w:t>
      </w:r>
      <w:proofErr w:type="spellEnd"/>
      <w:r>
        <w:t xml:space="preserve"> </w:t>
      </w:r>
      <w:proofErr w:type="spellStart"/>
      <w:r>
        <w:t>procedimiento</w:t>
      </w:r>
      <w:proofErr w:type="spellEnd"/>
      <w:r>
        <w:t xml:space="preserve"> de </w:t>
      </w:r>
      <w:proofErr w:type="spellStart"/>
      <w:r>
        <w:t>semana</w:t>
      </w:r>
      <w:proofErr w:type="spellEnd"/>
      <w:r>
        <w:t xml:space="preserve"> 1. </w:t>
      </w:r>
      <w:proofErr w:type="spellStart"/>
      <w:r>
        <w:t>Recoge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diarios</w:t>
      </w:r>
      <w:proofErr w:type="spellEnd"/>
      <w:r>
        <w:t xml:space="preserve"> y </w:t>
      </w:r>
      <w:proofErr w:type="spellStart"/>
      <w:r>
        <w:t>comprueba</w:t>
      </w:r>
      <w:proofErr w:type="spellEnd"/>
      <w:r>
        <w:t xml:space="preserve"> la </w:t>
      </w:r>
      <w:proofErr w:type="spellStart"/>
      <w:r>
        <w:t>recepción</w:t>
      </w:r>
      <w:proofErr w:type="spellEnd"/>
      <w:r>
        <w:t xml:space="preserve"> de la </w:t>
      </w:r>
      <w:proofErr w:type="spellStart"/>
      <w:r>
        <w:t>Encuesta</w:t>
      </w:r>
      <w:proofErr w:type="spellEnd"/>
      <w:r>
        <w:t xml:space="preserve"> 2.</w:t>
      </w:r>
    </w:p>
    <w:p w14:paraId="3081817E" w14:textId="77777777" w:rsidR="00890CF0" w:rsidRDefault="00000000">
      <w:r>
        <w:t xml:space="preserve">15. Marca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controles</w:t>
      </w:r>
      <w:proofErr w:type="spellEnd"/>
      <w:r>
        <w:t xml:space="preserve"> </w:t>
      </w:r>
      <w:proofErr w:type="spellStart"/>
      <w:r>
        <w:t>correspondientes</w:t>
      </w:r>
      <w:proofErr w:type="spellEnd"/>
      <w:r>
        <w:t xml:space="preserve">: </w:t>
      </w:r>
      <w:proofErr w:type="spellStart"/>
      <w:r>
        <w:t>activación</w:t>
      </w:r>
      <w:proofErr w:type="spellEnd"/>
      <w:r>
        <w:t xml:space="preserve"> de </w:t>
      </w:r>
      <w:proofErr w:type="spellStart"/>
      <w:r>
        <w:t>diarios</w:t>
      </w:r>
      <w:proofErr w:type="spellEnd"/>
      <w:r>
        <w:t xml:space="preserve">, </w:t>
      </w:r>
      <w:proofErr w:type="spellStart"/>
      <w:r>
        <w:t>Encuesta</w:t>
      </w:r>
      <w:proofErr w:type="spellEnd"/>
      <w:r>
        <w:t xml:space="preserve"> 2 </w:t>
      </w:r>
      <w:proofErr w:type="spellStart"/>
      <w:r>
        <w:t>enviada</w:t>
      </w:r>
      <w:proofErr w:type="spellEnd"/>
      <w:r>
        <w:t xml:space="preserve">, </w:t>
      </w:r>
      <w:proofErr w:type="spellStart"/>
      <w:r>
        <w:t>Encuesta</w:t>
      </w:r>
      <w:proofErr w:type="spellEnd"/>
      <w:r>
        <w:t xml:space="preserve"> 2 </w:t>
      </w:r>
      <w:proofErr w:type="spellStart"/>
      <w:r>
        <w:t>recibida</w:t>
      </w:r>
      <w:proofErr w:type="spellEnd"/>
      <w:r>
        <w:t xml:space="preserve">, </w:t>
      </w:r>
      <w:proofErr w:type="spellStart"/>
      <w:r>
        <w:t>semana</w:t>
      </w:r>
      <w:proofErr w:type="spellEnd"/>
      <w:r>
        <w:t xml:space="preserve"> 2 </w:t>
      </w:r>
      <w:proofErr w:type="spellStart"/>
      <w:r>
        <w:t>completada</w:t>
      </w:r>
      <w:proofErr w:type="spellEnd"/>
      <w:r>
        <w:t xml:space="preserve">, </w:t>
      </w:r>
      <w:proofErr w:type="spellStart"/>
      <w:r>
        <w:t>diarios</w:t>
      </w:r>
      <w:proofErr w:type="spellEnd"/>
      <w:r>
        <w:t xml:space="preserve"> </w:t>
      </w:r>
      <w:proofErr w:type="spellStart"/>
      <w:r>
        <w:t>recibidos</w:t>
      </w:r>
      <w:proofErr w:type="spellEnd"/>
      <w:r>
        <w:t xml:space="preserve"> y </w:t>
      </w:r>
      <w:proofErr w:type="spellStart"/>
      <w:r>
        <w:t>datos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móviles</w:t>
      </w:r>
      <w:proofErr w:type="spellEnd"/>
      <w:r>
        <w:t xml:space="preserve"> </w:t>
      </w:r>
      <w:proofErr w:type="spellStart"/>
      <w:r>
        <w:t>recopilados</w:t>
      </w:r>
      <w:proofErr w:type="spellEnd"/>
      <w:r>
        <w:t xml:space="preserve">. Cada control se </w:t>
      </w:r>
      <w:proofErr w:type="spellStart"/>
      <w:r>
        <w:t>marca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actuación</w:t>
      </w:r>
      <w:proofErr w:type="spellEnd"/>
      <w:r>
        <w:t xml:space="preserve"> se </w:t>
      </w:r>
      <w:proofErr w:type="spellStart"/>
      <w:r>
        <w:t>haya</w:t>
      </w:r>
      <w:proofErr w:type="spellEnd"/>
      <w:r>
        <w:t xml:space="preserve"> </w:t>
      </w:r>
      <w:proofErr w:type="spellStart"/>
      <w:r>
        <w:t>realizado</w:t>
      </w:r>
      <w:proofErr w:type="spellEnd"/>
      <w:r>
        <w:t>.</w:t>
      </w:r>
    </w:p>
    <w:p w14:paraId="73517CBD" w14:textId="77777777" w:rsidR="00890CF0" w:rsidRDefault="00000000">
      <w:pPr>
        <w:pStyle w:val="Ttulo1"/>
      </w:pPr>
      <w:r>
        <w:t xml:space="preserve">Semana 3 y </w:t>
      </w:r>
      <w:proofErr w:type="spellStart"/>
      <w:r>
        <w:t>cierre</w:t>
      </w:r>
      <w:proofErr w:type="spellEnd"/>
      <w:r>
        <w:t xml:space="preserve"> · </w:t>
      </w:r>
      <w:proofErr w:type="spellStart"/>
      <w:r>
        <w:t>Recuperación</w:t>
      </w:r>
      <w:proofErr w:type="spellEnd"/>
    </w:p>
    <w:p w14:paraId="182B40D2" w14:textId="77777777" w:rsidR="00890CF0" w:rsidRDefault="00000000">
      <w:r>
        <w:t xml:space="preserve">16. En las </w:t>
      </w:r>
      <w:proofErr w:type="spellStart"/>
      <w:r>
        <w:t>fechas</w:t>
      </w:r>
      <w:proofErr w:type="spellEnd"/>
      <w:r>
        <w:t xml:space="preserve"> de </w:t>
      </w:r>
      <w:proofErr w:type="spellStart"/>
      <w:r>
        <w:t>semana</w:t>
      </w:r>
      <w:proofErr w:type="spellEnd"/>
      <w:r>
        <w:t xml:space="preserve"> 3 del </w:t>
      </w:r>
      <w:proofErr w:type="spellStart"/>
      <w:r>
        <w:t>calendario</w:t>
      </w:r>
      <w:proofErr w:type="spellEnd"/>
      <w:r>
        <w:t xml:space="preserve">, las personas </w:t>
      </w:r>
      <w:proofErr w:type="spellStart"/>
      <w:r>
        <w:t>participantes</w:t>
      </w:r>
      <w:proofErr w:type="spellEnd"/>
      <w:r>
        <w:t xml:space="preserve"> </w:t>
      </w:r>
      <w:proofErr w:type="spellStart"/>
      <w:r>
        <w:t>recuperan</w:t>
      </w:r>
      <w:proofErr w:type="spellEnd"/>
      <w:r>
        <w:t xml:space="preserve"> el </w:t>
      </w:r>
      <w:proofErr w:type="spellStart"/>
      <w:r>
        <w:t>consumo</w:t>
      </w:r>
      <w:proofErr w:type="spellEnd"/>
      <w:r>
        <w:t xml:space="preserve"> habitual del </w:t>
      </w:r>
      <w:proofErr w:type="spellStart"/>
      <w:r>
        <w:t>dispositivo</w:t>
      </w:r>
      <w:proofErr w:type="spellEnd"/>
      <w:r>
        <w:t xml:space="preserve">. El </w:t>
      </w:r>
      <w:proofErr w:type="spellStart"/>
      <w:r>
        <w:t>registro</w:t>
      </w:r>
      <w:proofErr w:type="spellEnd"/>
      <w:r>
        <w:t xml:space="preserve"> de </w:t>
      </w:r>
      <w:proofErr w:type="spellStart"/>
      <w:r>
        <w:t>actividad</w:t>
      </w:r>
      <w:proofErr w:type="spellEnd"/>
      <w:r>
        <w:t xml:space="preserve"> </w:t>
      </w:r>
      <w:proofErr w:type="spellStart"/>
      <w:r>
        <w:t>continúa</w:t>
      </w:r>
      <w:proofErr w:type="spellEnd"/>
      <w:r>
        <w:t xml:space="preserve"> </w:t>
      </w:r>
      <w:proofErr w:type="spellStart"/>
      <w:r>
        <w:t>habilitado</w:t>
      </w:r>
      <w:proofErr w:type="spellEnd"/>
      <w:r>
        <w:t>.</w:t>
      </w:r>
    </w:p>
    <w:p w14:paraId="4E6269D1" w14:textId="77777777" w:rsidR="00890CF0" w:rsidRDefault="00000000">
      <w:r>
        <w:t xml:space="preserve">17. </w:t>
      </w:r>
      <w:proofErr w:type="spellStart"/>
      <w:r>
        <w:t>Recuerda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correo</w:t>
      </w:r>
      <w:proofErr w:type="spellEnd"/>
      <w:r>
        <w:t xml:space="preserve"> y </w:t>
      </w:r>
      <w:proofErr w:type="spellStart"/>
      <w:r>
        <w:t>mensajería</w:t>
      </w:r>
      <w:proofErr w:type="spellEnd"/>
      <w:r>
        <w:t xml:space="preserve"> la </w:t>
      </w:r>
      <w:proofErr w:type="spellStart"/>
      <w:r>
        <w:t>fecha</w:t>
      </w:r>
      <w:proofErr w:type="spellEnd"/>
      <w:r>
        <w:t xml:space="preserve">, hora y </w:t>
      </w:r>
      <w:proofErr w:type="spellStart"/>
      <w:r>
        <w:t>lugar</w:t>
      </w:r>
      <w:proofErr w:type="spellEnd"/>
      <w:r>
        <w:t xml:space="preserve"> de la </w:t>
      </w:r>
      <w:proofErr w:type="spellStart"/>
      <w:r>
        <w:t>toma</w:t>
      </w:r>
      <w:proofErr w:type="spellEnd"/>
      <w:r>
        <w:t xml:space="preserve"> final </w:t>
      </w:r>
      <w:proofErr w:type="spellStart"/>
      <w:r>
        <w:t>publicada</w:t>
      </w:r>
      <w:proofErr w:type="spellEnd"/>
      <w:r>
        <w:t xml:space="preserve">. </w:t>
      </w:r>
      <w:proofErr w:type="spellStart"/>
      <w:r>
        <w:t>Recopila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datos</w:t>
      </w:r>
      <w:proofErr w:type="spellEnd"/>
      <w:r>
        <w:t xml:space="preserve"> de </w:t>
      </w:r>
      <w:proofErr w:type="spellStart"/>
      <w:r>
        <w:t>semana</w:t>
      </w:r>
      <w:proofErr w:type="spellEnd"/>
      <w:r>
        <w:t xml:space="preserve"> 3 y </w:t>
      </w:r>
      <w:proofErr w:type="spellStart"/>
      <w:r>
        <w:t>transfiere</w:t>
      </w:r>
      <w:proofErr w:type="spellEnd"/>
      <w:r>
        <w:t xml:space="preserve">, </w:t>
      </w:r>
      <w:proofErr w:type="spellStart"/>
      <w:r>
        <w:t>identifica</w:t>
      </w:r>
      <w:proofErr w:type="spellEnd"/>
      <w:r>
        <w:t xml:space="preserve"> y </w:t>
      </w:r>
      <w:proofErr w:type="spellStart"/>
      <w:r>
        <w:t>revisa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vídeos</w:t>
      </w:r>
      <w:proofErr w:type="spellEnd"/>
      <w:r>
        <w:t xml:space="preserve"> con el </w:t>
      </w:r>
      <w:proofErr w:type="spellStart"/>
      <w:r>
        <w:t>mismo</w:t>
      </w:r>
      <w:proofErr w:type="spellEnd"/>
      <w:r>
        <w:t xml:space="preserve"> </w:t>
      </w:r>
      <w:proofErr w:type="spellStart"/>
      <w:r>
        <w:t>procedimiento</w:t>
      </w:r>
      <w:proofErr w:type="spellEnd"/>
      <w:r>
        <w:t xml:space="preserve"> de las </w:t>
      </w:r>
      <w:proofErr w:type="spellStart"/>
      <w:r>
        <w:t>recogidas</w:t>
      </w:r>
      <w:proofErr w:type="spellEnd"/>
      <w:r>
        <w:t xml:space="preserve"> </w:t>
      </w:r>
      <w:proofErr w:type="spellStart"/>
      <w:r>
        <w:t>anteriores</w:t>
      </w:r>
      <w:proofErr w:type="spellEnd"/>
      <w:r>
        <w:t>.</w:t>
      </w:r>
    </w:p>
    <w:p w14:paraId="3082533D" w14:textId="77777777" w:rsidR="00890CF0" w:rsidRDefault="00000000">
      <w:r>
        <w:t xml:space="preserve">18. Envía la </w:t>
      </w:r>
      <w:proofErr w:type="spellStart"/>
      <w:r>
        <w:t>Encuesta</w:t>
      </w:r>
      <w:proofErr w:type="spellEnd"/>
      <w:r>
        <w:t xml:space="preserve"> 3 final y </w:t>
      </w:r>
      <w:proofErr w:type="spellStart"/>
      <w:r>
        <w:t>realiza</w:t>
      </w:r>
      <w:proofErr w:type="spellEnd"/>
      <w:r>
        <w:t xml:space="preserve"> el test de </w:t>
      </w:r>
      <w:proofErr w:type="spellStart"/>
      <w:r>
        <w:t>ansiedad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fase</w:t>
      </w:r>
      <w:proofErr w:type="spellEnd"/>
      <w:r>
        <w:t xml:space="preserve"> de </w:t>
      </w:r>
      <w:proofErr w:type="spellStart"/>
      <w:r>
        <w:t>semana</w:t>
      </w:r>
      <w:proofErr w:type="spellEnd"/>
      <w:r>
        <w:t xml:space="preserve"> 3 y </w:t>
      </w:r>
      <w:proofErr w:type="spellStart"/>
      <w:r>
        <w:t>cierre</w:t>
      </w:r>
      <w:proofErr w:type="spellEnd"/>
      <w:r>
        <w:t xml:space="preserve">. </w:t>
      </w:r>
      <w:proofErr w:type="spellStart"/>
      <w:r>
        <w:t>Identifica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respuesta</w:t>
      </w:r>
      <w:proofErr w:type="spellEnd"/>
      <w:r>
        <w:t xml:space="preserve"> con el </w:t>
      </w:r>
      <w:proofErr w:type="spellStart"/>
      <w:r>
        <w:t>código</w:t>
      </w:r>
      <w:proofErr w:type="spellEnd"/>
      <w:r>
        <w:t xml:space="preserve"> de </w:t>
      </w:r>
      <w:proofErr w:type="spellStart"/>
      <w:r>
        <w:t>participante</w:t>
      </w:r>
      <w:proofErr w:type="spellEnd"/>
      <w:r>
        <w:t xml:space="preserve">, </w:t>
      </w:r>
      <w:proofErr w:type="spellStart"/>
      <w:r>
        <w:t>comprueba</w:t>
      </w:r>
      <w:proofErr w:type="spellEnd"/>
      <w:r>
        <w:t xml:space="preserve"> la </w:t>
      </w:r>
      <w:proofErr w:type="spellStart"/>
      <w:r>
        <w:t>recepción</w:t>
      </w:r>
      <w:proofErr w:type="spellEnd"/>
      <w:r>
        <w:t xml:space="preserve"> de la </w:t>
      </w:r>
      <w:proofErr w:type="spellStart"/>
      <w:r>
        <w:t>encuesta</w:t>
      </w:r>
      <w:proofErr w:type="spellEnd"/>
      <w:r>
        <w:t xml:space="preserve"> y </w:t>
      </w:r>
      <w:proofErr w:type="spellStart"/>
      <w:r>
        <w:t>marca</w:t>
      </w:r>
      <w:proofErr w:type="spellEnd"/>
      <w:r>
        <w:t xml:space="preserve"> </w:t>
      </w:r>
      <w:proofErr w:type="spellStart"/>
      <w:r>
        <w:t>Encuesta</w:t>
      </w:r>
      <w:proofErr w:type="spellEnd"/>
      <w:r>
        <w:t xml:space="preserve"> 3 </w:t>
      </w:r>
      <w:proofErr w:type="spellStart"/>
      <w:r>
        <w:t>recibida</w:t>
      </w:r>
      <w:proofErr w:type="spellEnd"/>
      <w:r>
        <w:t xml:space="preserve"> y Test de </w:t>
      </w:r>
      <w:proofErr w:type="spellStart"/>
      <w:r>
        <w:t>ansiedad</w:t>
      </w:r>
      <w:proofErr w:type="spellEnd"/>
      <w:r>
        <w:t xml:space="preserve"> </w:t>
      </w:r>
      <w:proofErr w:type="spellStart"/>
      <w:r>
        <w:t>realizado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hoja de control.</w:t>
      </w:r>
    </w:p>
    <w:p w14:paraId="12C01C9C" w14:textId="46430D70" w:rsidR="00890CF0" w:rsidRDefault="00000000">
      <w:r>
        <w:t xml:space="preserve">19. </w:t>
      </w:r>
      <w:proofErr w:type="spellStart"/>
      <w:r>
        <w:t>Celebra</w:t>
      </w:r>
      <w:proofErr w:type="spellEnd"/>
      <w:r>
        <w:t xml:space="preserve"> el </w:t>
      </w:r>
      <w:proofErr w:type="spellStart"/>
      <w:r>
        <w:t>grupo</w:t>
      </w:r>
      <w:proofErr w:type="spellEnd"/>
      <w:r>
        <w:t xml:space="preserve"> de </w:t>
      </w:r>
      <w:proofErr w:type="spellStart"/>
      <w:r>
        <w:t>discusión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fecha</w:t>
      </w:r>
      <w:proofErr w:type="spellEnd"/>
      <w:r>
        <w:t xml:space="preserve"> de </w:t>
      </w:r>
      <w:proofErr w:type="spellStart"/>
      <w:r>
        <w:t>cierre</w:t>
      </w:r>
      <w:proofErr w:type="spellEnd"/>
      <w:r>
        <w:t xml:space="preserve"> </w:t>
      </w:r>
      <w:proofErr w:type="spellStart"/>
      <w:r>
        <w:t>publicada</w:t>
      </w:r>
      <w:proofErr w:type="spellEnd"/>
      <w:r>
        <w:t xml:space="preserve"> para la </w:t>
      </w:r>
      <w:proofErr w:type="spellStart"/>
      <w:r>
        <w:t>sede</w:t>
      </w:r>
      <w:proofErr w:type="spellEnd"/>
      <w:r>
        <w:t xml:space="preserve">, con las personas </w:t>
      </w:r>
      <w:proofErr w:type="spellStart"/>
      <w:r>
        <w:t>participantes</w:t>
      </w:r>
      <w:proofErr w:type="spellEnd"/>
      <w:r>
        <w:t xml:space="preserve"> </w:t>
      </w:r>
      <w:proofErr w:type="spellStart"/>
      <w:r>
        <w:t>seleccionadas</w:t>
      </w:r>
      <w:proofErr w:type="spellEnd"/>
      <w:r>
        <w:t xml:space="preserve"> y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coordinadores</w:t>
      </w:r>
      <w:proofErr w:type="spellEnd"/>
      <w:r>
        <w:t xml:space="preserve"> </w:t>
      </w:r>
      <w:proofErr w:type="spellStart"/>
      <w:r>
        <w:t>nacionales</w:t>
      </w:r>
      <w:proofErr w:type="spellEnd"/>
      <w:r>
        <w:t xml:space="preserve">. Marca el control </w:t>
      </w:r>
      <w:proofErr w:type="spellStart"/>
      <w:r>
        <w:t>cuando</w:t>
      </w:r>
      <w:proofErr w:type="spellEnd"/>
      <w:r>
        <w:t xml:space="preserve"> se </w:t>
      </w:r>
      <w:proofErr w:type="spellStart"/>
      <w:r>
        <w:t>haya</w:t>
      </w:r>
      <w:proofErr w:type="spellEnd"/>
      <w:r>
        <w:t xml:space="preserve"> </w:t>
      </w:r>
      <w:proofErr w:type="spellStart"/>
      <w:r>
        <w:t>realizado</w:t>
      </w:r>
      <w:proofErr w:type="spellEnd"/>
      <w:r>
        <w:t>.</w:t>
      </w:r>
    </w:p>
    <w:p w14:paraId="6F165127" w14:textId="77777777" w:rsidR="00890CF0" w:rsidRDefault="00000000">
      <w:r>
        <w:t xml:space="preserve">20. </w:t>
      </w:r>
      <w:proofErr w:type="spellStart"/>
      <w:r>
        <w:t>Revisa</w:t>
      </w:r>
      <w:proofErr w:type="spellEnd"/>
      <w:r>
        <w:t xml:space="preserve"> la </w:t>
      </w:r>
      <w:proofErr w:type="spellStart"/>
      <w:r>
        <w:t>plantilla</w:t>
      </w:r>
      <w:proofErr w:type="spellEnd"/>
      <w:r>
        <w:t xml:space="preserve"> de las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semanas</w:t>
      </w:r>
      <w:proofErr w:type="spellEnd"/>
      <w:r>
        <w:t xml:space="preserve">,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dato</w:t>
      </w:r>
      <w:proofErr w:type="spellEnd"/>
      <w:r>
        <w:t xml:space="preserve"> </w:t>
      </w:r>
      <w:proofErr w:type="spellStart"/>
      <w:r>
        <w:t>ausente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Incidencias</w:t>
      </w:r>
      <w:proofErr w:type="spellEnd"/>
      <w:r>
        <w:t xml:space="preserve"> y </w:t>
      </w:r>
      <w:proofErr w:type="spellStart"/>
      <w:r>
        <w:t>guarda</w:t>
      </w:r>
      <w:proofErr w:type="spellEnd"/>
      <w:r>
        <w:t xml:space="preserve"> el Excel </w:t>
      </w:r>
      <w:proofErr w:type="spellStart"/>
      <w:r>
        <w:t>cumplimentado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Documentos</w:t>
      </w:r>
      <w:proofErr w:type="spellEnd"/>
      <w:r>
        <w:t xml:space="preserve">. Completa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controles</w:t>
      </w:r>
      <w:proofErr w:type="spellEnd"/>
      <w:r>
        <w:t xml:space="preserve"> de </w:t>
      </w:r>
      <w:proofErr w:type="spellStart"/>
      <w:r>
        <w:t>transferencia</w:t>
      </w:r>
      <w:proofErr w:type="spellEnd"/>
      <w:r>
        <w:t xml:space="preserve"> a UMA y </w:t>
      </w:r>
      <w:proofErr w:type="spellStart"/>
      <w:r>
        <w:t>validación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correspondan</w:t>
      </w:r>
      <w:proofErr w:type="spellEnd"/>
      <w:r>
        <w:t>.</w:t>
      </w:r>
    </w:p>
    <w:sectPr w:rsidR="00890CF0" w:rsidSect="00034616">
      <w:headerReference w:type="default" r:id="rId8"/>
      <w:footerReference w:type="default" r:id="rId9"/>
      <w:pgSz w:w="12240" w:h="15840"/>
      <w:pgMar w:top="1152" w:right="1800" w:bottom="1008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52FED4" w14:textId="77777777" w:rsidR="00B80FAF" w:rsidRDefault="00B80FAF">
      <w:pPr>
        <w:spacing w:after="0" w:line="240" w:lineRule="auto"/>
      </w:pPr>
      <w:r>
        <w:separator/>
      </w:r>
    </w:p>
  </w:endnote>
  <w:endnote w:type="continuationSeparator" w:id="0">
    <w:p w14:paraId="775C0735" w14:textId="77777777" w:rsidR="00B80FAF" w:rsidRDefault="00B80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B3F077" w14:textId="77777777" w:rsidR="00890CF0" w:rsidRDefault="00000000">
    <w:pPr>
      <w:pStyle w:val="Piedepgina"/>
    </w:pPr>
    <w:r>
      <w:t xml:space="preserve">USINRED2 · </w:t>
    </w:r>
    <w:proofErr w:type="spellStart"/>
    <w:r>
      <w:t>Operativa</w:t>
    </w:r>
    <w:proofErr w:type="spellEnd"/>
    <w:r>
      <w:t xml:space="preserve"> del </w:t>
    </w:r>
    <w:proofErr w:type="spellStart"/>
    <w:r>
      <w:t>experimento</w:t>
    </w:r>
    <w:proofErr w:type="spellEnd"/>
    <w:r>
      <w:t xml:space="preserve"> · 14 </w:t>
    </w:r>
    <w:proofErr w:type="spellStart"/>
    <w:r>
      <w:t>septiembre</w:t>
    </w:r>
    <w:proofErr w:type="spellEnd"/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5501E2" w14:textId="77777777" w:rsidR="00B80FAF" w:rsidRDefault="00B80FAF">
      <w:pPr>
        <w:spacing w:after="0" w:line="240" w:lineRule="auto"/>
      </w:pPr>
      <w:r>
        <w:separator/>
      </w:r>
    </w:p>
  </w:footnote>
  <w:footnote w:type="continuationSeparator" w:id="0">
    <w:p w14:paraId="5A997090" w14:textId="77777777" w:rsidR="00B80FAF" w:rsidRDefault="00B80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F3BDF5" w14:textId="77777777" w:rsidR="00890CF0" w:rsidRDefault="00000000">
    <w:pPr>
      <w:pStyle w:val="Encabezado"/>
    </w:pPr>
    <w:r>
      <w:rPr>
        <w:noProof/>
      </w:rPr>
      <w:drawing>
        <wp:inline distT="0" distB="0" distL="0" distR="0" wp14:anchorId="4D510551" wp14:editId="3845E498">
          <wp:extent cx="1188720" cy="5036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_1279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8720" cy="503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1003533">
    <w:abstractNumId w:val="8"/>
  </w:num>
  <w:num w:numId="2" w16cid:durableId="468670893">
    <w:abstractNumId w:val="6"/>
  </w:num>
  <w:num w:numId="3" w16cid:durableId="1601985847">
    <w:abstractNumId w:val="5"/>
  </w:num>
  <w:num w:numId="4" w16cid:durableId="131676639">
    <w:abstractNumId w:val="4"/>
  </w:num>
  <w:num w:numId="5" w16cid:durableId="1511866767">
    <w:abstractNumId w:val="7"/>
  </w:num>
  <w:num w:numId="6" w16cid:durableId="753625172">
    <w:abstractNumId w:val="3"/>
  </w:num>
  <w:num w:numId="7" w16cid:durableId="381561227">
    <w:abstractNumId w:val="2"/>
  </w:num>
  <w:num w:numId="8" w16cid:durableId="705058462">
    <w:abstractNumId w:val="1"/>
  </w:num>
  <w:num w:numId="9" w16cid:durableId="12613728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74CD"/>
    <w:rsid w:val="003B76B7"/>
    <w:rsid w:val="004B6FAF"/>
    <w:rsid w:val="005E5C35"/>
    <w:rsid w:val="007675D6"/>
    <w:rsid w:val="00890CF0"/>
    <w:rsid w:val="00A471F5"/>
    <w:rsid w:val="00AA1D8D"/>
    <w:rsid w:val="00B40A90"/>
    <w:rsid w:val="00B47730"/>
    <w:rsid w:val="00B80FAF"/>
    <w:rsid w:val="00BE2A54"/>
    <w:rsid w:val="00CB0664"/>
    <w:rsid w:val="00CB4B5D"/>
    <w:rsid w:val="00DA0239"/>
    <w:rsid w:val="00F819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0CA40C"/>
  <w14:defaultImageDpi w14:val="300"/>
  <w15:docId w15:val="{57251B4E-6EF6-DB49-B5CB-228C9DB1B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173956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5D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5D9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45D91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CB4B5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B4B5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B4B5D"/>
    <w:rPr>
      <w:rFonts w:ascii="Calibri" w:hAnsi="Calibri"/>
      <w:color w:val="173956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B4B5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B4B5D"/>
    <w:rPr>
      <w:rFonts w:ascii="Calibri" w:hAnsi="Calibri"/>
      <w:b/>
      <w:bCs/>
      <w:color w:val="173956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697</Words>
  <Characters>3562</Characters>
  <Application>Microsoft Office Word</Application>
  <DocSecurity>0</DocSecurity>
  <Lines>60</Lines>
  <Paragraphs>30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USINRED</Manager>
  <Company>USINRED</Company>
  <LinksUpToDate>false</LinksUpToDate>
  <CharactersWithSpaces>4229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USINRED</dc:creator>
  <cp:keywords/>
  <dc:description/>
  <cp:lastModifiedBy>Pedro Farias Batlle</cp:lastModifiedBy>
  <cp:revision>4</cp:revision>
  <dcterms:created xsi:type="dcterms:W3CDTF">2026-09-16T15:05:00Z</dcterms:created>
  <dcterms:modified xsi:type="dcterms:W3CDTF">2026-09-20T11:19:00Z</dcterms:modified>
  <cp:category/>
</cp:coreProperties>
</file>