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D81462" w14:textId="77777777" w:rsidR="00F429E6" w:rsidRDefault="00000000">
      <w:pPr>
        <w:pStyle w:val="Ttulo"/>
        <w:keepNext/>
      </w:pPr>
      <w:proofErr w:type="spellStart"/>
      <w:r>
        <w:t>Encuesta</w:t>
      </w:r>
      <w:proofErr w:type="spellEnd"/>
      <w:r>
        <w:t xml:space="preserve"> 3 · Final del </w:t>
      </w:r>
      <w:proofErr w:type="spellStart"/>
      <w:r>
        <w:t>experimento</w:t>
      </w:r>
      <w:proofErr w:type="spellEnd"/>
    </w:p>
    <w:p w14:paraId="2792C8CC" w14:textId="77777777" w:rsidR="00F429E6" w:rsidRDefault="00000000">
      <w:pPr>
        <w:pStyle w:val="Subttulo"/>
        <w:keepNext/>
      </w:pPr>
      <w:r>
        <w:t xml:space="preserve">USINRED2 · </w:t>
      </w:r>
      <w:proofErr w:type="spellStart"/>
      <w:r>
        <w:t>Experimento</w:t>
      </w:r>
      <w:proofErr w:type="spellEnd"/>
      <w:r>
        <w:t xml:space="preserve"> de </w:t>
      </w:r>
      <w:proofErr w:type="spellStart"/>
      <w:r>
        <w:t>desconexión</w:t>
      </w:r>
      <w:proofErr w:type="spellEnd"/>
      <w:r>
        <w:t xml:space="preserve"> digital · </w:t>
      </w:r>
      <w:proofErr w:type="spellStart"/>
      <w:r>
        <w:t>Cuestionario</w:t>
      </w:r>
      <w:proofErr w:type="spellEnd"/>
      <w:r>
        <w:t xml:space="preserve"> final </w:t>
      </w:r>
      <w:proofErr w:type="spellStart"/>
      <w:r>
        <w:t>tras</w:t>
      </w:r>
      <w:proofErr w:type="spellEnd"/>
      <w:r>
        <w:t xml:space="preserve"> la </w:t>
      </w:r>
      <w:proofErr w:type="spellStart"/>
      <w:r>
        <w:t>recuperación</w:t>
      </w:r>
      <w:proofErr w:type="spellEnd"/>
      <w:r>
        <w:t xml:space="preserve"> del </w:t>
      </w:r>
      <w:proofErr w:type="spellStart"/>
      <w:r>
        <w:t>uso</w:t>
      </w:r>
      <w:proofErr w:type="spellEnd"/>
    </w:p>
    <w:p w14:paraId="452E01BE" w14:textId="77777777" w:rsidR="00F429E6" w:rsidRDefault="00000000">
      <w:pPr>
        <w:pStyle w:val="Ttulo1"/>
      </w:pPr>
      <w:proofErr w:type="spellStart"/>
      <w:r>
        <w:t>Identificación</w:t>
      </w:r>
      <w:proofErr w:type="spellEnd"/>
    </w:p>
    <w:p w14:paraId="1105A261" w14:textId="77777777" w:rsidR="00F429E6" w:rsidRDefault="00000000">
      <w:pPr>
        <w:keepNext/>
        <w:spacing w:after="60"/>
      </w:pPr>
      <w:r>
        <w:rPr>
          <w:b/>
        </w:rPr>
        <w:t xml:space="preserve">P1. Código de </w:t>
      </w:r>
      <w:proofErr w:type="spellStart"/>
      <w:r>
        <w:rPr>
          <w:b/>
        </w:rPr>
        <w:t>participación</w:t>
      </w:r>
      <w:proofErr w:type="spellEnd"/>
      <w:r>
        <w:rPr>
          <w:b/>
        </w:rPr>
        <w:t>:</w:t>
      </w:r>
    </w:p>
    <w:p w14:paraId="20331A3D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63825612" w14:textId="77777777" w:rsidR="00F429E6" w:rsidRDefault="00000000">
      <w:pPr>
        <w:pStyle w:val="Ttulo1"/>
      </w:pPr>
      <w:r>
        <w:t xml:space="preserve">Balance de la </w:t>
      </w:r>
      <w:proofErr w:type="spellStart"/>
      <w:r>
        <w:t>semana</w:t>
      </w:r>
      <w:proofErr w:type="spellEnd"/>
      <w:r>
        <w:t xml:space="preserve"> de </w:t>
      </w:r>
      <w:proofErr w:type="spellStart"/>
      <w:r>
        <w:t>desconexión</w:t>
      </w:r>
      <w:proofErr w:type="spellEnd"/>
    </w:p>
    <w:p w14:paraId="1A2CEE6C" w14:textId="77777777" w:rsidR="00F429E6" w:rsidRDefault="00000000">
      <w:pPr>
        <w:keepNext/>
        <w:spacing w:after="60"/>
      </w:pPr>
      <w:r>
        <w:rPr>
          <w:b/>
        </w:rPr>
        <w:t xml:space="preserve">P2. Durante la </w:t>
      </w:r>
      <w:proofErr w:type="spellStart"/>
      <w:r>
        <w:rPr>
          <w:b/>
        </w:rPr>
        <w:t>semana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desconexión</w:t>
      </w:r>
      <w:proofErr w:type="spellEnd"/>
      <w:r>
        <w:rPr>
          <w:b/>
        </w:rPr>
        <w:t>, ¿</w:t>
      </w:r>
      <w:proofErr w:type="spellStart"/>
      <w:r>
        <w:rPr>
          <w:b/>
        </w:rPr>
        <w:t>usaste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alguna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ocasión</w:t>
      </w:r>
      <w:proofErr w:type="spellEnd"/>
      <w:r>
        <w:rPr>
          <w:b/>
        </w:rPr>
        <w:t>?</w:t>
      </w:r>
    </w:p>
    <w:p w14:paraId="48C35EB4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Sí</w:t>
      </w:r>
      <w:proofErr w:type="spellEnd"/>
    </w:p>
    <w:p w14:paraId="0A150572" w14:textId="77777777" w:rsidR="00F429E6" w:rsidRDefault="00000000">
      <w:pPr>
        <w:spacing w:after="0"/>
        <w:ind w:left="255"/>
      </w:pPr>
      <w:r>
        <w:t>☐ No</w:t>
      </w:r>
    </w:p>
    <w:p w14:paraId="637EA906" w14:textId="77777777" w:rsidR="00F429E6" w:rsidRDefault="00000000">
      <w:pPr>
        <w:keepNext/>
        <w:spacing w:after="60"/>
      </w:pPr>
      <w:r>
        <w:rPr>
          <w:b/>
        </w:rPr>
        <w:t xml:space="preserve">P3. ¿En </w:t>
      </w:r>
      <w:proofErr w:type="spellStart"/>
      <w:r>
        <w:rPr>
          <w:b/>
        </w:rPr>
        <w:t>cuántas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ocasiones</w:t>
      </w:r>
      <w:proofErr w:type="spellEnd"/>
      <w:r>
        <w:rPr>
          <w:b/>
        </w:rPr>
        <w:t xml:space="preserve"> lo </w:t>
      </w:r>
      <w:proofErr w:type="spellStart"/>
      <w:r>
        <w:rPr>
          <w:b/>
        </w:rPr>
        <w:t>usaste</w:t>
      </w:r>
      <w:proofErr w:type="spellEnd"/>
      <w:r>
        <w:rPr>
          <w:b/>
        </w:rPr>
        <w:t>?</w:t>
      </w:r>
    </w:p>
    <w:p w14:paraId="0D273761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Ninguna</w:t>
      </w:r>
      <w:proofErr w:type="spellEnd"/>
    </w:p>
    <w:p w14:paraId="348442CE" w14:textId="77777777" w:rsidR="00F429E6" w:rsidRDefault="00000000">
      <w:pPr>
        <w:spacing w:after="0"/>
        <w:ind w:left="255"/>
      </w:pPr>
      <w:r>
        <w:t xml:space="preserve">☐ Solo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</w:p>
    <w:p w14:paraId="5103A603" w14:textId="77777777" w:rsidR="00F429E6" w:rsidRDefault="00000000">
      <w:pPr>
        <w:spacing w:after="0"/>
        <w:ind w:left="255"/>
      </w:pPr>
      <w:r>
        <w:t xml:space="preserve">☐ Entre 2 y 3 </w:t>
      </w:r>
      <w:proofErr w:type="spellStart"/>
      <w:r>
        <w:t>veces</w:t>
      </w:r>
      <w:proofErr w:type="spellEnd"/>
    </w:p>
    <w:p w14:paraId="14049E61" w14:textId="77777777" w:rsidR="00F429E6" w:rsidRDefault="00000000">
      <w:pPr>
        <w:spacing w:after="0"/>
        <w:ind w:left="255"/>
      </w:pPr>
      <w:r>
        <w:t xml:space="preserve">☐ Entre 4 y 5 </w:t>
      </w:r>
      <w:proofErr w:type="spellStart"/>
      <w:r>
        <w:t>veces</w:t>
      </w:r>
      <w:proofErr w:type="spellEnd"/>
    </w:p>
    <w:p w14:paraId="103CA830" w14:textId="77777777" w:rsidR="00F429E6" w:rsidRDefault="00000000">
      <w:pPr>
        <w:spacing w:after="0"/>
        <w:ind w:left="255"/>
      </w:pPr>
      <w:r>
        <w:t xml:space="preserve">☐ Más de 5 </w:t>
      </w:r>
      <w:proofErr w:type="spellStart"/>
      <w:r>
        <w:t>veces</w:t>
      </w:r>
      <w:proofErr w:type="spellEnd"/>
    </w:p>
    <w:p w14:paraId="020CEEB7" w14:textId="77777777" w:rsidR="00F429E6" w:rsidRDefault="00000000">
      <w:pPr>
        <w:keepNext/>
        <w:spacing w:after="60"/>
      </w:pPr>
      <w:r>
        <w:rPr>
          <w:b/>
        </w:rPr>
        <w:t xml:space="preserve">P4. ¿Por 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motivo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motivos</w:t>
      </w:r>
      <w:proofErr w:type="spellEnd"/>
      <w:r>
        <w:rPr>
          <w:b/>
        </w:rPr>
        <w:t xml:space="preserve"> lo </w:t>
      </w:r>
      <w:proofErr w:type="spellStart"/>
      <w:r>
        <w:rPr>
          <w:b/>
        </w:rPr>
        <w:t>usaste</w:t>
      </w:r>
      <w:proofErr w:type="spellEnd"/>
      <w:r>
        <w:rPr>
          <w:b/>
        </w:rPr>
        <w:t>?</w:t>
      </w:r>
      <w:r>
        <w:rPr>
          <w:i/>
        </w:rPr>
        <w:t xml:space="preserve"> (</w:t>
      </w:r>
      <w:proofErr w:type="spellStart"/>
      <w:r>
        <w:rPr>
          <w:i/>
        </w:rPr>
        <w:t>puedes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marcar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varias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opciones</w:t>
      </w:r>
      <w:proofErr w:type="spellEnd"/>
      <w:r>
        <w:rPr>
          <w:i/>
        </w:rPr>
        <w:t>)</w:t>
      </w:r>
    </w:p>
    <w:p w14:paraId="452E9B93" w14:textId="77777777" w:rsidR="00F429E6" w:rsidRDefault="00000000">
      <w:pPr>
        <w:spacing w:after="0"/>
        <w:ind w:left="255"/>
      </w:pPr>
      <w:r>
        <w:t xml:space="preserve">☐ No lo </w:t>
      </w:r>
      <w:proofErr w:type="spellStart"/>
      <w:r>
        <w:t>utilicé</w:t>
      </w:r>
      <w:proofErr w:type="spellEnd"/>
    </w:p>
    <w:p w14:paraId="28133FFB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Realizar</w:t>
      </w:r>
      <w:proofErr w:type="spellEnd"/>
      <w:r>
        <w:t xml:space="preserve"> o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llamada</w:t>
      </w:r>
      <w:proofErr w:type="spellEnd"/>
    </w:p>
    <w:p w14:paraId="058A480B" w14:textId="77777777" w:rsidR="00F429E6" w:rsidRDefault="00000000">
      <w:pPr>
        <w:spacing w:after="0"/>
        <w:ind w:left="255"/>
      </w:pPr>
      <w:r>
        <w:t xml:space="preserve">☐ Leer o responder un </w:t>
      </w:r>
      <w:proofErr w:type="spellStart"/>
      <w:r>
        <w:t>mensaje</w:t>
      </w:r>
      <w:proofErr w:type="spellEnd"/>
    </w:p>
    <w:p w14:paraId="24FA88E4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Consultar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necesaria</w:t>
      </w:r>
      <w:proofErr w:type="spellEnd"/>
    </w:p>
    <w:p w14:paraId="3A6263D4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herramienta</w:t>
      </w:r>
      <w:proofErr w:type="spellEnd"/>
      <w:r>
        <w:t xml:space="preserve"> del </w:t>
      </w:r>
      <w:proofErr w:type="spellStart"/>
      <w:r>
        <w:t>teléfono</w:t>
      </w:r>
      <w:proofErr w:type="spellEnd"/>
      <w:r>
        <w:t xml:space="preserve">: </w:t>
      </w:r>
      <w:proofErr w:type="spellStart"/>
      <w:r>
        <w:t>alarma</w:t>
      </w:r>
      <w:proofErr w:type="spellEnd"/>
      <w:r>
        <w:t xml:space="preserve">, </w:t>
      </w:r>
      <w:proofErr w:type="spellStart"/>
      <w:r>
        <w:t>calculadora</w:t>
      </w:r>
      <w:proofErr w:type="spellEnd"/>
      <w:r>
        <w:t xml:space="preserve">, </w:t>
      </w:r>
      <w:proofErr w:type="spellStart"/>
      <w:r>
        <w:t>cámara</w:t>
      </w:r>
      <w:proofErr w:type="spellEnd"/>
      <w:r>
        <w:t xml:space="preserve">, </w:t>
      </w:r>
      <w:proofErr w:type="spellStart"/>
      <w:r>
        <w:t>mapas</w:t>
      </w:r>
      <w:proofErr w:type="spellEnd"/>
      <w:r>
        <w:t>, etc.</w:t>
      </w:r>
    </w:p>
    <w:p w14:paraId="6B9C7D0D" w14:textId="77777777" w:rsidR="00F429E6" w:rsidRDefault="00000000">
      <w:pPr>
        <w:spacing w:after="0"/>
        <w:ind w:left="255"/>
      </w:pPr>
      <w:r>
        <w:t xml:space="preserve">☐ Acceder o </w:t>
      </w:r>
      <w:proofErr w:type="spellStart"/>
      <w:r>
        <w:t>verificar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cuenta</w:t>
      </w:r>
      <w:proofErr w:type="spellEnd"/>
      <w:r>
        <w:t xml:space="preserve"> o </w:t>
      </w:r>
      <w:proofErr w:type="spellStart"/>
      <w:r>
        <w:t>servicio</w:t>
      </w:r>
      <w:proofErr w:type="spellEnd"/>
    </w:p>
    <w:p w14:paraId="6D764F09" w14:textId="77777777" w:rsidR="00F429E6" w:rsidRDefault="00000000">
      <w:pPr>
        <w:spacing w:after="0"/>
        <w:ind w:left="255"/>
      </w:pPr>
      <w:r>
        <w:t xml:space="preserve">☐ Por </w:t>
      </w:r>
      <w:proofErr w:type="spellStart"/>
      <w:r>
        <w:t>motivos</w:t>
      </w:r>
      <w:proofErr w:type="spellEnd"/>
      <w:r>
        <w:t xml:space="preserve"> </w:t>
      </w:r>
      <w:proofErr w:type="spellStart"/>
      <w:r>
        <w:t>laborales</w:t>
      </w:r>
      <w:proofErr w:type="spellEnd"/>
      <w:r>
        <w:t xml:space="preserve"> o </w:t>
      </w:r>
      <w:proofErr w:type="spellStart"/>
      <w:r>
        <w:t>académicos</w:t>
      </w:r>
      <w:proofErr w:type="spellEnd"/>
    </w:p>
    <w:p w14:paraId="6EC2FB16" w14:textId="77777777" w:rsidR="00F429E6" w:rsidRDefault="00000000">
      <w:pPr>
        <w:spacing w:after="0"/>
        <w:ind w:left="255"/>
      </w:pPr>
      <w:r>
        <w:t xml:space="preserve">☐ Por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emergencia</w:t>
      </w:r>
      <w:proofErr w:type="spellEnd"/>
      <w:r>
        <w:t xml:space="preserve"> o </w:t>
      </w:r>
      <w:proofErr w:type="spellStart"/>
      <w:r>
        <w:t>necesidad</w:t>
      </w:r>
      <w:proofErr w:type="spellEnd"/>
      <w:r>
        <w:t xml:space="preserve"> familiar o personal</w:t>
      </w:r>
    </w:p>
    <w:p w14:paraId="49276DB5" w14:textId="77777777" w:rsidR="00F429E6" w:rsidRDefault="00000000">
      <w:pPr>
        <w:spacing w:after="0"/>
        <w:ind w:left="255"/>
      </w:pPr>
      <w:r>
        <w:t xml:space="preserve">☐ Por </w:t>
      </w:r>
      <w:proofErr w:type="spellStart"/>
      <w:r>
        <w:t>hábito</w:t>
      </w:r>
      <w:proofErr w:type="spellEnd"/>
      <w:r>
        <w:t xml:space="preserve"> o </w:t>
      </w:r>
      <w:proofErr w:type="spellStart"/>
      <w:r>
        <w:t>impulso</w:t>
      </w:r>
      <w:proofErr w:type="spellEnd"/>
      <w:r>
        <w:t xml:space="preserve">, sin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necesidad</w:t>
      </w:r>
      <w:proofErr w:type="spellEnd"/>
      <w:r>
        <w:t xml:space="preserve"> </w:t>
      </w:r>
      <w:proofErr w:type="spellStart"/>
      <w:r>
        <w:t>concreta</w:t>
      </w:r>
      <w:proofErr w:type="spellEnd"/>
    </w:p>
    <w:p w14:paraId="08A89631" w14:textId="77777777" w:rsidR="00F429E6" w:rsidRDefault="00000000">
      <w:pPr>
        <w:spacing w:after="0"/>
        <w:ind w:left="255"/>
      </w:pPr>
      <w:r>
        <w:t>☐ Por error</w:t>
      </w:r>
    </w:p>
    <w:p w14:paraId="46969CAF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motivo</w:t>
      </w:r>
      <w:proofErr w:type="spellEnd"/>
    </w:p>
    <w:p w14:paraId="1B05B8F9" w14:textId="77777777" w:rsidR="00F429E6" w:rsidRDefault="00000000">
      <w:pPr>
        <w:keepNext/>
        <w:spacing w:after="60"/>
      </w:pPr>
      <w:r>
        <w:rPr>
          <w:b/>
        </w:rPr>
        <w:t xml:space="preserve">P5. Durante la </w:t>
      </w:r>
      <w:proofErr w:type="spellStart"/>
      <w:r>
        <w:rPr>
          <w:b/>
        </w:rPr>
        <w:t>semana</w:t>
      </w:r>
      <w:proofErr w:type="spellEnd"/>
      <w:r>
        <w:rPr>
          <w:b/>
        </w:rPr>
        <w:t xml:space="preserve"> sin </w:t>
      </w:r>
      <w:proofErr w:type="spellStart"/>
      <w:r>
        <w:rPr>
          <w:b/>
        </w:rPr>
        <w:t>móvil</w:t>
      </w:r>
      <w:proofErr w:type="spellEnd"/>
      <w:r>
        <w:rPr>
          <w:b/>
        </w:rPr>
        <w:t>, ¿</w:t>
      </w:r>
      <w:proofErr w:type="spellStart"/>
      <w:r>
        <w:rPr>
          <w:b/>
        </w:rPr>
        <w:t>cuáles</w:t>
      </w:r>
      <w:proofErr w:type="spellEnd"/>
      <w:r>
        <w:rPr>
          <w:b/>
        </w:rPr>
        <w:t xml:space="preserve"> de las </w:t>
      </w:r>
      <w:proofErr w:type="spellStart"/>
      <w:r>
        <w:rPr>
          <w:b/>
        </w:rPr>
        <w:t>siguientes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actividades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incrementaste</w:t>
      </w:r>
      <w:proofErr w:type="spellEnd"/>
      <w:r>
        <w:rPr>
          <w:b/>
        </w:rPr>
        <w:t>?</w:t>
      </w:r>
      <w:r>
        <w:rPr>
          <w:i/>
        </w:rPr>
        <w:t xml:space="preserve"> (</w:t>
      </w:r>
      <w:proofErr w:type="spellStart"/>
      <w:r>
        <w:rPr>
          <w:i/>
        </w:rPr>
        <w:t>puedes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marcar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varias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opciones</w:t>
      </w:r>
      <w:proofErr w:type="spellEnd"/>
      <w:r>
        <w:rPr>
          <w:i/>
        </w:rPr>
        <w:t>)</w:t>
      </w:r>
    </w:p>
    <w:p w14:paraId="4595E24D" w14:textId="77777777" w:rsidR="00F429E6" w:rsidRDefault="00000000">
      <w:pPr>
        <w:spacing w:after="0"/>
        <w:ind w:left="255"/>
      </w:pPr>
      <w:r>
        <w:t xml:space="preserve">☐ Ver </w:t>
      </w:r>
      <w:proofErr w:type="spellStart"/>
      <w:r>
        <w:t>televisión</w:t>
      </w:r>
      <w:proofErr w:type="spellEnd"/>
    </w:p>
    <w:p w14:paraId="22178681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Escuchar</w:t>
      </w:r>
      <w:proofErr w:type="spellEnd"/>
      <w:r>
        <w:t xml:space="preserve"> radio o </w:t>
      </w:r>
      <w:proofErr w:type="spellStart"/>
      <w:r>
        <w:t>música</w:t>
      </w:r>
      <w:proofErr w:type="spellEnd"/>
    </w:p>
    <w:p w14:paraId="7B8FD73B" w14:textId="77777777" w:rsidR="00F429E6" w:rsidRDefault="00000000">
      <w:pPr>
        <w:spacing w:after="0"/>
        <w:ind w:left="255"/>
      </w:pPr>
      <w:r>
        <w:lastRenderedPageBreak/>
        <w:t>☐ Hablar con la familia</w:t>
      </w:r>
    </w:p>
    <w:p w14:paraId="5840E081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Quedar</w:t>
      </w:r>
      <w:proofErr w:type="spellEnd"/>
      <w:r>
        <w:t xml:space="preserve"> con amigos o amigas</w:t>
      </w:r>
    </w:p>
    <w:p w14:paraId="4BF18842" w14:textId="77777777" w:rsidR="00F429E6" w:rsidRDefault="00000000">
      <w:pPr>
        <w:spacing w:after="0"/>
        <w:ind w:left="255"/>
      </w:pPr>
      <w:r>
        <w:t xml:space="preserve">☐ Hacer </w:t>
      </w:r>
      <w:proofErr w:type="spellStart"/>
      <w:r>
        <w:t>deporte</w:t>
      </w:r>
      <w:proofErr w:type="spellEnd"/>
    </w:p>
    <w:p w14:paraId="0C052C30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tareas</w:t>
      </w:r>
      <w:proofErr w:type="spellEnd"/>
      <w:r>
        <w:t xml:space="preserve"> </w:t>
      </w:r>
      <w:proofErr w:type="spellStart"/>
      <w:r>
        <w:t>académicas</w:t>
      </w:r>
      <w:proofErr w:type="spellEnd"/>
      <w:r>
        <w:t xml:space="preserve"> o </w:t>
      </w:r>
      <w:proofErr w:type="spellStart"/>
      <w:r>
        <w:t>laborales</w:t>
      </w:r>
      <w:proofErr w:type="spellEnd"/>
    </w:p>
    <w:p w14:paraId="3D7CE99B" w14:textId="77777777" w:rsidR="00F429E6" w:rsidRDefault="00000000">
      <w:pPr>
        <w:spacing w:after="0"/>
        <w:ind w:left="255"/>
      </w:pPr>
      <w:r>
        <w:t xml:space="preserve">☐ Leer </w:t>
      </w:r>
      <w:proofErr w:type="spellStart"/>
      <w:r>
        <w:t>periódicos</w:t>
      </w:r>
      <w:proofErr w:type="spellEnd"/>
    </w:p>
    <w:p w14:paraId="7C1AB3AD" w14:textId="77777777" w:rsidR="00F429E6" w:rsidRDefault="00000000">
      <w:pPr>
        <w:spacing w:after="0"/>
        <w:ind w:left="255"/>
      </w:pPr>
      <w:r>
        <w:t xml:space="preserve">☐ Leer </w:t>
      </w:r>
      <w:proofErr w:type="spellStart"/>
      <w:r>
        <w:t>libros</w:t>
      </w:r>
      <w:proofErr w:type="spellEnd"/>
    </w:p>
    <w:p w14:paraId="276BE1EB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Dormir</w:t>
      </w:r>
      <w:proofErr w:type="spellEnd"/>
    </w:p>
    <w:p w14:paraId="70C6C7C3" w14:textId="77777777" w:rsidR="00F429E6" w:rsidRDefault="00000000">
      <w:pPr>
        <w:spacing w:after="0"/>
        <w:ind w:left="255"/>
      </w:pPr>
      <w:r>
        <w:t xml:space="preserve">☐ Usar el </w:t>
      </w:r>
      <w:proofErr w:type="spellStart"/>
      <w:r>
        <w:t>ordenador</w:t>
      </w:r>
      <w:proofErr w:type="spellEnd"/>
    </w:p>
    <w:p w14:paraId="14EA8A6A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al </w:t>
      </w:r>
      <w:proofErr w:type="spellStart"/>
      <w:r>
        <w:t>aire</w:t>
      </w:r>
      <w:proofErr w:type="spellEnd"/>
      <w:r>
        <w:t xml:space="preserve"> libre</w:t>
      </w:r>
    </w:p>
    <w:p w14:paraId="04CCC0AE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Mantener</w:t>
      </w:r>
      <w:proofErr w:type="spellEnd"/>
      <w:r>
        <w:t xml:space="preserve"> </w:t>
      </w:r>
      <w:proofErr w:type="spellStart"/>
      <w:r>
        <w:t>conversaciones</w:t>
      </w:r>
      <w:proofErr w:type="spellEnd"/>
      <w:r>
        <w:t xml:space="preserve"> </w:t>
      </w:r>
      <w:proofErr w:type="spellStart"/>
      <w:r>
        <w:t>presenciales</w:t>
      </w:r>
      <w:proofErr w:type="spellEnd"/>
    </w:p>
    <w:p w14:paraId="3E088138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tareas</w:t>
      </w:r>
      <w:proofErr w:type="spellEnd"/>
      <w:r>
        <w:t xml:space="preserve"> </w:t>
      </w:r>
      <w:proofErr w:type="spellStart"/>
      <w:r>
        <w:t>domésticas</w:t>
      </w:r>
      <w:proofErr w:type="spellEnd"/>
    </w:p>
    <w:p w14:paraId="6752090C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Dedicar</w:t>
      </w:r>
      <w:proofErr w:type="spellEnd"/>
      <w:r>
        <w:t xml:space="preserve"> </w:t>
      </w:r>
      <w:proofErr w:type="spellStart"/>
      <w:r>
        <w:t>tiempo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aficiones</w:t>
      </w:r>
      <w:proofErr w:type="spellEnd"/>
      <w:r>
        <w:t xml:space="preserve"> u </w:t>
      </w:r>
      <w:proofErr w:type="spellStart"/>
      <w:r>
        <w:t>ocio</w:t>
      </w:r>
      <w:proofErr w:type="spellEnd"/>
      <w:r>
        <w:t xml:space="preserve"> sin </w:t>
      </w:r>
      <w:proofErr w:type="spellStart"/>
      <w:r>
        <w:t>pantallas</w:t>
      </w:r>
      <w:proofErr w:type="spellEnd"/>
    </w:p>
    <w:p w14:paraId="51320B0B" w14:textId="77777777" w:rsidR="00F429E6" w:rsidRDefault="00000000">
      <w:pPr>
        <w:spacing w:after="0"/>
        <w:ind w:left="255"/>
      </w:pPr>
      <w:r>
        <w:t xml:space="preserve">☐ Usar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dispositivos</w:t>
      </w:r>
      <w:proofErr w:type="spellEnd"/>
    </w:p>
    <w:p w14:paraId="07DE7E3D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</w:t>
      </w:r>
    </w:p>
    <w:p w14:paraId="7D9DAA72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actividad</w:t>
      </w:r>
      <w:proofErr w:type="spellEnd"/>
    </w:p>
    <w:p w14:paraId="24A0D1C6" w14:textId="77777777" w:rsidR="00F429E6" w:rsidRDefault="00000000">
      <w:pPr>
        <w:keepNext/>
        <w:spacing w:after="60"/>
      </w:pPr>
      <w:r>
        <w:rPr>
          <w:b/>
        </w:rPr>
        <w:t>P6. ¿</w:t>
      </w:r>
      <w:proofErr w:type="spellStart"/>
      <w:r>
        <w:rPr>
          <w:b/>
        </w:rPr>
        <w:t>Empleaste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otro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dispositivo</w:t>
      </w:r>
      <w:proofErr w:type="spellEnd"/>
      <w:r>
        <w:rPr>
          <w:b/>
        </w:rPr>
        <w:t xml:space="preserve"> para </w:t>
      </w:r>
      <w:proofErr w:type="spellStart"/>
      <w:r>
        <w:rPr>
          <w:b/>
        </w:rPr>
        <w:t>realizar</w:t>
      </w:r>
      <w:proofErr w:type="spellEnd"/>
      <w:r>
        <w:rPr>
          <w:b/>
        </w:rPr>
        <w:t xml:space="preserve"> un </w:t>
      </w:r>
      <w:proofErr w:type="spellStart"/>
      <w:r>
        <w:rPr>
          <w:b/>
        </w:rPr>
        <w:t>consumo</w:t>
      </w:r>
      <w:proofErr w:type="spellEnd"/>
      <w:r>
        <w:rPr>
          <w:b/>
        </w:rPr>
        <w:t xml:space="preserve"> similar al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hacías</w:t>
      </w:r>
      <w:proofErr w:type="spellEnd"/>
      <w:r>
        <w:rPr>
          <w:b/>
        </w:rPr>
        <w:t xml:space="preserve"> con 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>?</w:t>
      </w:r>
    </w:p>
    <w:p w14:paraId="489C643C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Sí</w:t>
      </w:r>
      <w:proofErr w:type="spellEnd"/>
    </w:p>
    <w:p w14:paraId="32BE1A54" w14:textId="77777777" w:rsidR="00F429E6" w:rsidRDefault="00000000">
      <w:pPr>
        <w:spacing w:after="0"/>
        <w:ind w:left="255"/>
      </w:pPr>
      <w:r>
        <w:t>☐ No</w:t>
      </w:r>
    </w:p>
    <w:p w14:paraId="4204DBC3" w14:textId="77777777" w:rsidR="00F429E6" w:rsidRDefault="00000000">
      <w:pPr>
        <w:keepNext/>
        <w:spacing w:after="60"/>
      </w:pPr>
      <w:r>
        <w:rPr>
          <w:b/>
        </w:rPr>
        <w:t>P7. ¿</w:t>
      </w:r>
      <w:proofErr w:type="spellStart"/>
      <w:r>
        <w:rPr>
          <w:b/>
        </w:rPr>
        <w:t>Cuál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cuáles</w:t>
      </w:r>
      <w:proofErr w:type="spellEnd"/>
      <w:r>
        <w:rPr>
          <w:b/>
        </w:rPr>
        <w:t>?</w:t>
      </w:r>
      <w:r>
        <w:rPr>
          <w:i/>
        </w:rPr>
        <w:t xml:space="preserve"> (</w:t>
      </w:r>
      <w:proofErr w:type="spellStart"/>
      <w:r>
        <w:rPr>
          <w:i/>
        </w:rPr>
        <w:t>puedes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marcar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varias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opciones</w:t>
      </w:r>
      <w:proofErr w:type="spellEnd"/>
      <w:r>
        <w:rPr>
          <w:i/>
        </w:rPr>
        <w:t>)</w:t>
      </w:r>
    </w:p>
    <w:p w14:paraId="4F6F9A1C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Ordenador</w:t>
      </w:r>
      <w:proofErr w:type="spellEnd"/>
      <w:r>
        <w:t xml:space="preserve"> </w:t>
      </w:r>
      <w:proofErr w:type="spellStart"/>
      <w:r>
        <w:t>portátil</w:t>
      </w:r>
      <w:proofErr w:type="spellEnd"/>
      <w:r>
        <w:t xml:space="preserve"> o de </w:t>
      </w:r>
      <w:proofErr w:type="spellStart"/>
      <w:r>
        <w:t>sobremesa</w:t>
      </w:r>
      <w:proofErr w:type="spellEnd"/>
    </w:p>
    <w:p w14:paraId="07780EF3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Tableta</w:t>
      </w:r>
      <w:proofErr w:type="spellEnd"/>
    </w:p>
    <w:p w14:paraId="23E22D89" w14:textId="77777777" w:rsidR="00F429E6" w:rsidRDefault="00000000">
      <w:pPr>
        <w:spacing w:after="0"/>
        <w:ind w:left="255"/>
      </w:pPr>
      <w:r>
        <w:t>☐ Televisión / Smart TV</w:t>
      </w:r>
    </w:p>
    <w:p w14:paraId="36F9AF85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Reloj</w:t>
      </w:r>
      <w:proofErr w:type="spellEnd"/>
      <w:r>
        <w:t xml:space="preserve"> </w:t>
      </w:r>
      <w:proofErr w:type="spellStart"/>
      <w:r>
        <w:t>inteligente</w:t>
      </w:r>
      <w:proofErr w:type="spellEnd"/>
    </w:p>
    <w:p w14:paraId="23CF577C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Reproductor</w:t>
      </w:r>
      <w:proofErr w:type="spellEnd"/>
      <w:r>
        <w:t xml:space="preserve"> de audio</w:t>
      </w:r>
    </w:p>
    <w:p w14:paraId="645C058A" w14:textId="77777777" w:rsidR="00F429E6" w:rsidRDefault="00000000">
      <w:pPr>
        <w:spacing w:after="0"/>
        <w:ind w:left="255"/>
      </w:pPr>
      <w:r>
        <w:t>☐ Consola</w:t>
      </w:r>
    </w:p>
    <w:p w14:paraId="394D62A3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Otro</w:t>
      </w:r>
      <w:proofErr w:type="spellEnd"/>
    </w:p>
    <w:p w14:paraId="68CDE972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Ninguno</w:t>
      </w:r>
      <w:proofErr w:type="spellEnd"/>
    </w:p>
    <w:p w14:paraId="3E819946" w14:textId="77777777" w:rsidR="00F429E6" w:rsidRDefault="00000000">
      <w:pPr>
        <w:keepNext/>
        <w:spacing w:after="60"/>
      </w:pPr>
      <w:r>
        <w:rPr>
          <w:b/>
        </w:rPr>
        <w:t xml:space="preserve">P8. ¿De 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formas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mantuviste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durante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semana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desconexión</w:t>
      </w:r>
      <w:proofErr w:type="spellEnd"/>
      <w:r>
        <w:rPr>
          <w:b/>
        </w:rPr>
        <w:t>?</w:t>
      </w:r>
      <w:r>
        <w:rPr>
          <w:i/>
        </w:rPr>
        <w:t xml:space="preserve"> (</w:t>
      </w:r>
      <w:proofErr w:type="spellStart"/>
      <w:r>
        <w:rPr>
          <w:i/>
        </w:rPr>
        <w:t>puedes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marcar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varias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opciones</w:t>
      </w:r>
      <w:proofErr w:type="spellEnd"/>
      <w:r>
        <w:rPr>
          <w:i/>
        </w:rPr>
        <w:t>)</w:t>
      </w:r>
    </w:p>
    <w:p w14:paraId="0CE1EAA0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Viendo</w:t>
      </w:r>
      <w:proofErr w:type="spellEnd"/>
      <w:r>
        <w:t xml:space="preserve"> </w:t>
      </w:r>
      <w:proofErr w:type="spellStart"/>
      <w:r>
        <w:t>espacios</w:t>
      </w:r>
      <w:proofErr w:type="spellEnd"/>
      <w:r>
        <w:t xml:space="preserve"> </w:t>
      </w:r>
      <w:proofErr w:type="spellStart"/>
      <w:r>
        <w:t>informativos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televisión</w:t>
      </w:r>
      <w:proofErr w:type="spellEnd"/>
    </w:p>
    <w:p w14:paraId="51F2A795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Leyendo</w:t>
      </w:r>
      <w:proofErr w:type="spellEnd"/>
      <w:r>
        <w:t xml:space="preserve"> </w:t>
      </w:r>
      <w:proofErr w:type="spellStart"/>
      <w:r>
        <w:t>prensa</w:t>
      </w:r>
      <w:proofErr w:type="spellEnd"/>
      <w:r>
        <w:t xml:space="preserve"> impresa</w:t>
      </w:r>
    </w:p>
    <w:p w14:paraId="6513E674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Leyendo</w:t>
      </w:r>
      <w:proofErr w:type="spellEnd"/>
      <w:r>
        <w:t xml:space="preserve"> </w:t>
      </w:r>
      <w:proofErr w:type="spellStart"/>
      <w:r>
        <w:t>prensa</w:t>
      </w:r>
      <w:proofErr w:type="spellEnd"/>
      <w:r>
        <w:t xml:space="preserve"> online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dispositivos</w:t>
      </w:r>
      <w:proofErr w:type="spellEnd"/>
    </w:p>
    <w:p w14:paraId="477CDC7D" w14:textId="77777777" w:rsidR="00F429E6" w:rsidRDefault="00000000">
      <w:pPr>
        <w:spacing w:after="0"/>
        <w:ind w:left="255"/>
      </w:pPr>
      <w:r>
        <w:t xml:space="preserve">☐ Mediante redes </w:t>
      </w:r>
      <w:proofErr w:type="spellStart"/>
      <w:r>
        <w:t>sociales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tableta</w:t>
      </w:r>
      <w:proofErr w:type="spellEnd"/>
      <w:r>
        <w:t xml:space="preserve"> u </w:t>
      </w:r>
      <w:proofErr w:type="spellStart"/>
      <w:r>
        <w:t>ordenador</w:t>
      </w:r>
      <w:proofErr w:type="spellEnd"/>
    </w:p>
    <w:p w14:paraId="1C2373EA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Visitando</w:t>
      </w:r>
      <w:proofErr w:type="spellEnd"/>
      <w:r>
        <w:t xml:space="preserve"> </w:t>
      </w:r>
      <w:proofErr w:type="spellStart"/>
      <w:r>
        <w:t>directamente</w:t>
      </w:r>
      <w:proofErr w:type="spellEnd"/>
      <w:r>
        <w:t xml:space="preserve"> webs o </w:t>
      </w:r>
      <w:proofErr w:type="spellStart"/>
      <w:r>
        <w:t>aplicaciones</w:t>
      </w:r>
      <w:proofErr w:type="spellEnd"/>
      <w:r>
        <w:t xml:space="preserve"> de </w:t>
      </w:r>
      <w:proofErr w:type="spellStart"/>
      <w:r>
        <w:t>noticias</w:t>
      </w:r>
      <w:proofErr w:type="spellEnd"/>
    </w:p>
    <w:p w14:paraId="17229CF2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Escuchando</w:t>
      </w:r>
      <w:proofErr w:type="spellEnd"/>
      <w:r>
        <w:t xml:space="preserve"> la radio</w:t>
      </w:r>
    </w:p>
    <w:p w14:paraId="25EBA796" w14:textId="77777777" w:rsidR="00F429E6" w:rsidRDefault="00000000">
      <w:pPr>
        <w:spacing w:after="0"/>
        <w:ind w:left="255"/>
      </w:pPr>
      <w:r>
        <w:t xml:space="preserve">☐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familiares</w:t>
      </w:r>
      <w:proofErr w:type="spellEnd"/>
      <w:r>
        <w:t xml:space="preserve">, amigos u </w:t>
      </w:r>
      <w:proofErr w:type="spellStart"/>
      <w:r>
        <w:t>otras</w:t>
      </w:r>
      <w:proofErr w:type="spellEnd"/>
      <w:r>
        <w:t xml:space="preserve"> personas</w:t>
      </w:r>
    </w:p>
    <w:p w14:paraId="5C88FDC2" w14:textId="77777777" w:rsidR="00F429E6" w:rsidRDefault="00000000">
      <w:pPr>
        <w:spacing w:after="0"/>
        <w:ind w:left="255"/>
      </w:pPr>
      <w:r>
        <w:t xml:space="preserve">☐ Mediante </w:t>
      </w:r>
      <w:proofErr w:type="spellStart"/>
      <w:r>
        <w:t>buscadores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dispositivo</w:t>
      </w:r>
      <w:proofErr w:type="spellEnd"/>
    </w:p>
    <w:p w14:paraId="0E7BD445" w14:textId="77777777" w:rsidR="00F429E6" w:rsidRDefault="00000000">
      <w:pPr>
        <w:spacing w:after="0"/>
        <w:ind w:left="255"/>
      </w:pPr>
      <w:r>
        <w:t xml:space="preserve">☐ Mediante </w:t>
      </w:r>
      <w:proofErr w:type="spellStart"/>
      <w:r>
        <w:t>inteligencia</w:t>
      </w:r>
      <w:proofErr w:type="spellEnd"/>
      <w:r>
        <w:t xml:space="preserve"> artificial o </w:t>
      </w:r>
      <w:proofErr w:type="spellStart"/>
      <w:r>
        <w:t>asistentes</w:t>
      </w:r>
      <w:proofErr w:type="spellEnd"/>
      <w:r>
        <w:t xml:space="preserve"> </w:t>
      </w:r>
      <w:proofErr w:type="spellStart"/>
      <w:r>
        <w:t>conversacionales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dispositivo</w:t>
      </w:r>
      <w:proofErr w:type="spellEnd"/>
    </w:p>
    <w:p w14:paraId="3F8B17E9" w14:textId="77777777" w:rsidR="00F429E6" w:rsidRDefault="00000000">
      <w:pPr>
        <w:spacing w:after="0"/>
        <w:ind w:left="255"/>
      </w:pPr>
      <w:r>
        <w:lastRenderedPageBreak/>
        <w:t xml:space="preserve">☐ No me </w:t>
      </w:r>
      <w:proofErr w:type="spellStart"/>
      <w:r>
        <w:t>informé</w:t>
      </w:r>
      <w:proofErr w:type="spellEnd"/>
      <w:r>
        <w:t xml:space="preserve"> de la </w:t>
      </w:r>
      <w:proofErr w:type="spellStart"/>
      <w:r>
        <w:t>actualidad</w:t>
      </w:r>
      <w:proofErr w:type="spellEnd"/>
    </w:p>
    <w:p w14:paraId="56210C00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Otra</w:t>
      </w:r>
      <w:proofErr w:type="spellEnd"/>
      <w:r>
        <w:t xml:space="preserve"> forma</w:t>
      </w:r>
    </w:p>
    <w:p w14:paraId="4CD64B58" w14:textId="77777777" w:rsidR="00F429E6" w:rsidRDefault="00000000">
      <w:pPr>
        <w:keepNext/>
        <w:spacing w:after="60"/>
      </w:pPr>
      <w:r>
        <w:rPr>
          <w:b/>
        </w:rPr>
        <w:t>P9. ¿</w:t>
      </w:r>
      <w:proofErr w:type="spellStart"/>
      <w:r>
        <w:rPr>
          <w:b/>
        </w:rPr>
        <w:t>Cómo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informado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dirías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estuviste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durante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semana</w:t>
      </w:r>
      <w:proofErr w:type="spellEnd"/>
      <w:r>
        <w:rPr>
          <w:b/>
        </w:rPr>
        <w:t xml:space="preserve"> sin </w:t>
      </w:r>
      <w:proofErr w:type="spellStart"/>
      <w:r>
        <w:rPr>
          <w:b/>
        </w:rPr>
        <w:t>móvil</w:t>
      </w:r>
      <w:proofErr w:type="spellEnd"/>
      <w:r>
        <w:rPr>
          <w:b/>
        </w:rPr>
        <w:t>?</w:t>
      </w:r>
    </w:p>
    <w:p w14:paraId="541545A9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4F1E444D" w14:textId="77777777" w:rsidR="00F429E6" w:rsidRDefault="00000000">
      <w:pPr>
        <w:spacing w:after="80"/>
        <w:ind w:left="255"/>
      </w:pPr>
      <w:r>
        <w:rPr>
          <w:i/>
        </w:rPr>
        <w:t xml:space="preserve">1 = </w:t>
      </w:r>
      <w:proofErr w:type="spellStart"/>
      <w:r>
        <w:rPr>
          <w:i/>
        </w:rPr>
        <w:t>Desinformado</w:t>
      </w:r>
      <w:proofErr w:type="spellEnd"/>
      <w:r>
        <w:rPr>
          <w:i/>
        </w:rPr>
        <w:t xml:space="preserve"> · 5 = Muy </w:t>
      </w:r>
      <w:proofErr w:type="spellStart"/>
      <w:r>
        <w:rPr>
          <w:i/>
        </w:rPr>
        <w:t>informado</w:t>
      </w:r>
      <w:proofErr w:type="spellEnd"/>
    </w:p>
    <w:p w14:paraId="572F2AFE" w14:textId="77777777" w:rsidR="00F429E6" w:rsidRDefault="00000000">
      <w:pPr>
        <w:keepNext/>
        <w:spacing w:after="60"/>
      </w:pPr>
      <w:r>
        <w:rPr>
          <w:b/>
        </w:rPr>
        <w:t>P10. ¿</w:t>
      </w:r>
      <w:proofErr w:type="spellStart"/>
      <w:r>
        <w:rPr>
          <w:b/>
        </w:rPr>
        <w:t>Cómo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útil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resulta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móvil</w:t>
      </w:r>
      <w:proofErr w:type="spellEnd"/>
      <w:r>
        <w:rPr>
          <w:b/>
        </w:rPr>
        <w:t xml:space="preserve"> para </w:t>
      </w:r>
      <w:proofErr w:type="spellStart"/>
      <w:r>
        <w:rPr>
          <w:b/>
        </w:rPr>
        <w:t>mantenerte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informado</w:t>
      </w:r>
      <w:proofErr w:type="spellEnd"/>
      <w:r>
        <w:rPr>
          <w:b/>
        </w:rPr>
        <w:t xml:space="preserve"> de la </w:t>
      </w:r>
      <w:proofErr w:type="spellStart"/>
      <w:r>
        <w:rPr>
          <w:b/>
        </w:rPr>
        <w:t>actualidad</w:t>
      </w:r>
      <w:proofErr w:type="spellEnd"/>
      <w:r>
        <w:rPr>
          <w:b/>
        </w:rPr>
        <w:t>?</w:t>
      </w:r>
    </w:p>
    <w:p w14:paraId="47913720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28FCB333" w14:textId="77777777" w:rsidR="00F429E6" w:rsidRDefault="00000000">
      <w:pPr>
        <w:spacing w:after="80"/>
        <w:ind w:left="255"/>
      </w:pPr>
      <w:r>
        <w:rPr>
          <w:i/>
        </w:rPr>
        <w:t xml:space="preserve">1 = Nada </w:t>
      </w:r>
      <w:proofErr w:type="spellStart"/>
      <w:r>
        <w:rPr>
          <w:i/>
        </w:rPr>
        <w:t>útil</w:t>
      </w:r>
      <w:proofErr w:type="spellEnd"/>
      <w:r>
        <w:rPr>
          <w:i/>
        </w:rPr>
        <w:t xml:space="preserve"> · 5 = Muy </w:t>
      </w:r>
      <w:proofErr w:type="spellStart"/>
      <w:r>
        <w:rPr>
          <w:i/>
        </w:rPr>
        <w:t>útil</w:t>
      </w:r>
      <w:proofErr w:type="spellEnd"/>
    </w:p>
    <w:p w14:paraId="01736693" w14:textId="77777777" w:rsidR="00F429E6" w:rsidRDefault="00000000">
      <w:pPr>
        <w:keepNext/>
        <w:spacing w:after="60"/>
      </w:pPr>
      <w:r>
        <w:rPr>
          <w:b/>
        </w:rPr>
        <w:t xml:space="preserve">P11. </w:t>
      </w:r>
      <w:proofErr w:type="spellStart"/>
      <w:r>
        <w:rPr>
          <w:b/>
        </w:rPr>
        <w:t>Pensando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experiencia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desconexión</w:t>
      </w:r>
      <w:proofErr w:type="spellEnd"/>
      <w:r>
        <w:rPr>
          <w:b/>
        </w:rPr>
        <w:t>, ¿</w:t>
      </w:r>
      <w:proofErr w:type="spellStart"/>
      <w:r>
        <w:rPr>
          <w:b/>
        </w:rPr>
        <w:t>crees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podrías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vivir</w:t>
      </w:r>
      <w:proofErr w:type="spellEnd"/>
      <w:r>
        <w:rPr>
          <w:b/>
        </w:rPr>
        <w:t xml:space="preserve"> sin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>?</w:t>
      </w:r>
    </w:p>
    <w:p w14:paraId="4332CDF9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0F14A89F" w14:textId="77777777" w:rsidR="00F429E6" w:rsidRDefault="00000000">
      <w:pPr>
        <w:spacing w:after="80"/>
        <w:ind w:left="255"/>
      </w:pPr>
      <w:r>
        <w:rPr>
          <w:i/>
        </w:rPr>
        <w:t xml:space="preserve">1 = No </w:t>
      </w:r>
      <w:proofErr w:type="spellStart"/>
      <w:r>
        <w:rPr>
          <w:i/>
        </w:rPr>
        <w:t>podría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vivir</w:t>
      </w:r>
      <w:proofErr w:type="spellEnd"/>
      <w:r>
        <w:rPr>
          <w:i/>
        </w:rPr>
        <w:t xml:space="preserve"> sin mi </w:t>
      </w:r>
      <w:proofErr w:type="spellStart"/>
      <w:r>
        <w:rPr>
          <w:i/>
        </w:rPr>
        <w:t>teléfono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móvil</w:t>
      </w:r>
      <w:proofErr w:type="spellEnd"/>
      <w:r>
        <w:rPr>
          <w:i/>
        </w:rPr>
        <w:t xml:space="preserve"> · 5 = </w:t>
      </w:r>
      <w:proofErr w:type="spellStart"/>
      <w:r>
        <w:rPr>
          <w:i/>
        </w:rPr>
        <w:t>Podría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vivir</w:t>
      </w:r>
      <w:proofErr w:type="spellEnd"/>
      <w:r>
        <w:rPr>
          <w:i/>
        </w:rPr>
        <w:t xml:space="preserve"> sin mi </w:t>
      </w:r>
      <w:proofErr w:type="spellStart"/>
      <w:r>
        <w:rPr>
          <w:i/>
        </w:rPr>
        <w:t>teléfono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móvil</w:t>
      </w:r>
      <w:proofErr w:type="spellEnd"/>
    </w:p>
    <w:p w14:paraId="26958E91" w14:textId="77777777" w:rsidR="00F429E6" w:rsidRDefault="00000000">
      <w:pPr>
        <w:keepNext/>
        <w:spacing w:after="60"/>
      </w:pPr>
      <w:r>
        <w:rPr>
          <w:b/>
        </w:rPr>
        <w:t>P12. ¿</w:t>
      </w:r>
      <w:proofErr w:type="spellStart"/>
      <w:r>
        <w:rPr>
          <w:b/>
        </w:rPr>
        <w:t>Crees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ata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libertad</w:t>
      </w:r>
      <w:proofErr w:type="spellEnd"/>
      <w:r>
        <w:rPr>
          <w:b/>
        </w:rPr>
        <w:t>?</w:t>
      </w:r>
    </w:p>
    <w:p w14:paraId="528B09FF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3B0B53C1" w14:textId="77777777" w:rsidR="00F429E6" w:rsidRDefault="00000000">
      <w:pPr>
        <w:spacing w:after="80"/>
        <w:ind w:left="255"/>
      </w:pPr>
      <w:r>
        <w:rPr>
          <w:i/>
        </w:rPr>
        <w:t xml:space="preserve">1 = Me </w:t>
      </w:r>
      <w:proofErr w:type="spellStart"/>
      <w:r>
        <w:rPr>
          <w:i/>
        </w:rPr>
        <w:t>ata</w:t>
      </w:r>
      <w:proofErr w:type="spellEnd"/>
      <w:r>
        <w:rPr>
          <w:i/>
        </w:rPr>
        <w:t xml:space="preserve"> · 5 = Me da </w:t>
      </w:r>
      <w:proofErr w:type="spellStart"/>
      <w:r>
        <w:rPr>
          <w:i/>
        </w:rPr>
        <w:t>libertad</w:t>
      </w:r>
      <w:proofErr w:type="spellEnd"/>
    </w:p>
    <w:p w14:paraId="3C98DDF8" w14:textId="77777777" w:rsidR="00F429E6" w:rsidRDefault="00000000">
      <w:pPr>
        <w:keepNext/>
        <w:spacing w:after="60"/>
      </w:pPr>
      <w:r>
        <w:rPr>
          <w:b/>
        </w:rPr>
        <w:t xml:space="preserve">P13. Tras la </w:t>
      </w:r>
      <w:proofErr w:type="spellStart"/>
      <w:r>
        <w:rPr>
          <w:b/>
        </w:rPr>
        <w:t>experiencia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desconexión</w:t>
      </w:r>
      <w:proofErr w:type="spellEnd"/>
      <w:r>
        <w:rPr>
          <w:b/>
        </w:rPr>
        <w:t>, ¿</w:t>
      </w:r>
      <w:proofErr w:type="spellStart"/>
      <w:r>
        <w:rPr>
          <w:b/>
        </w:rPr>
        <w:t>cómo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valoras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tiempo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empleas</w:t>
      </w:r>
      <w:proofErr w:type="spellEnd"/>
      <w:r>
        <w:rPr>
          <w:b/>
        </w:rPr>
        <w:t xml:space="preserve"> con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dispositivo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>?</w:t>
      </w:r>
    </w:p>
    <w:p w14:paraId="4F88382D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37E00252" w14:textId="77777777" w:rsidR="00F429E6" w:rsidRDefault="00000000">
      <w:pPr>
        <w:spacing w:after="80"/>
        <w:ind w:left="255"/>
      </w:pPr>
      <w:r>
        <w:rPr>
          <w:i/>
        </w:rPr>
        <w:t xml:space="preserve">1 = Me </w:t>
      </w:r>
      <w:proofErr w:type="spellStart"/>
      <w:r>
        <w:rPr>
          <w:i/>
        </w:rPr>
        <w:t>hace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perder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tiempo</w:t>
      </w:r>
      <w:proofErr w:type="spellEnd"/>
      <w:r>
        <w:rPr>
          <w:i/>
        </w:rPr>
        <w:t xml:space="preserve"> · 5 = Me </w:t>
      </w:r>
      <w:proofErr w:type="spellStart"/>
      <w:r>
        <w:rPr>
          <w:i/>
        </w:rPr>
        <w:t>ayuda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ahorrar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tiempo</w:t>
      </w:r>
      <w:proofErr w:type="spellEnd"/>
    </w:p>
    <w:p w14:paraId="27C5D3D0" w14:textId="77777777" w:rsidR="00F429E6" w:rsidRDefault="00000000">
      <w:pPr>
        <w:keepNext/>
        <w:spacing w:after="60"/>
      </w:pPr>
      <w:r>
        <w:rPr>
          <w:b/>
        </w:rPr>
        <w:t>P14. ¿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nivel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esfuerzo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supuso</w:t>
      </w:r>
      <w:proofErr w:type="spellEnd"/>
      <w:r>
        <w:rPr>
          <w:b/>
        </w:rPr>
        <w:t xml:space="preserve"> suspender el </w:t>
      </w:r>
      <w:proofErr w:type="spellStart"/>
      <w:r>
        <w:rPr>
          <w:b/>
        </w:rPr>
        <w:t>uso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durante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semana</w:t>
      </w:r>
      <w:proofErr w:type="spellEnd"/>
      <w:r>
        <w:rPr>
          <w:b/>
        </w:rPr>
        <w:t>?</w:t>
      </w:r>
    </w:p>
    <w:p w14:paraId="6B5BAC19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36E63D9C" w14:textId="77777777" w:rsidR="00F429E6" w:rsidRDefault="00000000">
      <w:pPr>
        <w:spacing w:after="80"/>
        <w:ind w:left="255"/>
      </w:pPr>
      <w:r>
        <w:rPr>
          <w:i/>
        </w:rPr>
        <w:t xml:space="preserve">1 = </w:t>
      </w:r>
      <w:proofErr w:type="spellStart"/>
      <w:r>
        <w:rPr>
          <w:i/>
        </w:rPr>
        <w:t>Ningún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esfuerzo</w:t>
      </w:r>
      <w:proofErr w:type="spellEnd"/>
      <w:r>
        <w:rPr>
          <w:i/>
        </w:rPr>
        <w:t xml:space="preserve"> · 5 = </w:t>
      </w:r>
      <w:proofErr w:type="spellStart"/>
      <w:r>
        <w:rPr>
          <w:i/>
        </w:rPr>
        <w:t>Esfuerzo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muy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elevado</w:t>
      </w:r>
      <w:proofErr w:type="spellEnd"/>
    </w:p>
    <w:p w14:paraId="39D64D2F" w14:textId="77777777" w:rsidR="00F429E6" w:rsidRDefault="00000000">
      <w:pPr>
        <w:keepNext/>
        <w:spacing w:after="60"/>
      </w:pPr>
      <w:r>
        <w:rPr>
          <w:b/>
        </w:rPr>
        <w:t xml:space="preserve">P15. ¿En 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momentos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resultó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más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complicado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prescindir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>?</w:t>
      </w:r>
    </w:p>
    <w:p w14:paraId="6D5BD0CC" w14:textId="77777777" w:rsidR="00F429E6" w:rsidRDefault="00000000">
      <w:pPr>
        <w:spacing w:after="0"/>
        <w:ind w:left="255"/>
      </w:pPr>
      <w:r>
        <w:t xml:space="preserve">☐ No </w:t>
      </w:r>
      <w:proofErr w:type="spellStart"/>
      <w:r>
        <w:t>aprecié</w:t>
      </w:r>
      <w:proofErr w:type="spellEnd"/>
      <w:r>
        <w:t xml:space="preserve"> </w:t>
      </w:r>
      <w:proofErr w:type="spellStart"/>
      <w:r>
        <w:t>diferencias</w:t>
      </w:r>
      <w:proofErr w:type="spellEnd"/>
    </w:p>
    <w:p w14:paraId="7666224F" w14:textId="77777777" w:rsidR="00F429E6" w:rsidRDefault="00000000">
      <w:pPr>
        <w:spacing w:after="0"/>
        <w:ind w:left="255"/>
      </w:pPr>
      <w:r>
        <w:t xml:space="preserve">☐ Durante el fin de </w:t>
      </w:r>
      <w:proofErr w:type="spellStart"/>
      <w:r>
        <w:t>semana</w:t>
      </w:r>
      <w:proofErr w:type="spellEnd"/>
    </w:p>
    <w:p w14:paraId="473F28CF" w14:textId="77777777" w:rsidR="00F429E6" w:rsidRDefault="00000000">
      <w:pPr>
        <w:spacing w:after="0"/>
        <w:ind w:left="255"/>
      </w:pPr>
      <w:r>
        <w:t xml:space="preserve">☐ Entre </w:t>
      </w:r>
      <w:proofErr w:type="spellStart"/>
      <w:r>
        <w:t>semana</w:t>
      </w:r>
      <w:proofErr w:type="spellEnd"/>
    </w:p>
    <w:p w14:paraId="5D0D6DA1" w14:textId="77777777" w:rsidR="00F429E6" w:rsidRDefault="00000000">
      <w:pPr>
        <w:spacing w:after="0"/>
        <w:ind w:left="255"/>
      </w:pPr>
      <w:r>
        <w:t xml:space="preserve">☐ En ambos </w:t>
      </w:r>
      <w:proofErr w:type="spellStart"/>
      <w:r>
        <w:t>periodos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igual</w:t>
      </w:r>
      <w:proofErr w:type="spellEnd"/>
    </w:p>
    <w:p w14:paraId="6733B0EC" w14:textId="77777777" w:rsidR="00F429E6" w:rsidRDefault="00000000">
      <w:pPr>
        <w:keepNext/>
        <w:spacing w:after="60"/>
      </w:pPr>
      <w:r>
        <w:rPr>
          <w:b/>
        </w:rPr>
        <w:t>P16. ¿</w:t>
      </w:r>
      <w:proofErr w:type="spellStart"/>
      <w:r>
        <w:rPr>
          <w:b/>
        </w:rPr>
        <w:t>Cómo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valoras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ahora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relación</w:t>
      </w:r>
      <w:proofErr w:type="spellEnd"/>
      <w:r>
        <w:rPr>
          <w:b/>
        </w:rPr>
        <w:t xml:space="preserve"> con 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>?</w:t>
      </w:r>
    </w:p>
    <w:p w14:paraId="45173C1B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2769A0A4" w14:textId="77777777" w:rsidR="00F429E6" w:rsidRDefault="00000000">
      <w:pPr>
        <w:spacing w:after="80"/>
        <w:ind w:left="255"/>
      </w:pPr>
      <w:r>
        <w:rPr>
          <w:i/>
        </w:rPr>
        <w:t xml:space="preserve">1 = Nada </w:t>
      </w:r>
      <w:proofErr w:type="spellStart"/>
      <w:r>
        <w:rPr>
          <w:i/>
        </w:rPr>
        <w:t>dependiente</w:t>
      </w:r>
      <w:proofErr w:type="spellEnd"/>
      <w:r>
        <w:rPr>
          <w:i/>
        </w:rPr>
        <w:t xml:space="preserve"> · 5 = Muy </w:t>
      </w:r>
      <w:proofErr w:type="spellStart"/>
      <w:r>
        <w:rPr>
          <w:i/>
        </w:rPr>
        <w:t>dependiente</w:t>
      </w:r>
      <w:proofErr w:type="spellEnd"/>
    </w:p>
    <w:p w14:paraId="1A447C56" w14:textId="77777777" w:rsidR="00F429E6" w:rsidRDefault="00000000">
      <w:pPr>
        <w:keepNext/>
        <w:spacing w:after="60"/>
      </w:pPr>
      <w:r>
        <w:rPr>
          <w:b/>
        </w:rPr>
        <w:t>P17. ¿</w:t>
      </w:r>
      <w:proofErr w:type="spellStart"/>
      <w:r>
        <w:rPr>
          <w:b/>
        </w:rPr>
        <w:t>Recibiste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apoyo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entorno</w:t>
      </w:r>
      <w:proofErr w:type="spellEnd"/>
      <w:r>
        <w:rPr>
          <w:b/>
        </w:rPr>
        <w:t xml:space="preserve"> —</w:t>
      </w:r>
      <w:proofErr w:type="spellStart"/>
      <w:r>
        <w:rPr>
          <w:b/>
        </w:rPr>
        <w:t>familiares</w:t>
      </w:r>
      <w:proofErr w:type="spellEnd"/>
      <w:r>
        <w:rPr>
          <w:b/>
        </w:rPr>
        <w:t xml:space="preserve">, amigos o </w:t>
      </w:r>
      <w:proofErr w:type="spellStart"/>
      <w:r>
        <w:rPr>
          <w:b/>
        </w:rPr>
        <w:t>compañeros</w:t>
      </w:r>
      <w:proofErr w:type="spellEnd"/>
      <w:r>
        <w:rPr>
          <w:b/>
        </w:rPr>
        <w:t xml:space="preserve">— </w:t>
      </w:r>
      <w:proofErr w:type="spellStart"/>
      <w:r>
        <w:rPr>
          <w:b/>
        </w:rPr>
        <w:t>durante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desconexión</w:t>
      </w:r>
      <w:proofErr w:type="spellEnd"/>
      <w:r>
        <w:rPr>
          <w:b/>
        </w:rPr>
        <w:t>?</w:t>
      </w:r>
    </w:p>
    <w:p w14:paraId="5062B107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Sí</w:t>
      </w:r>
      <w:proofErr w:type="spellEnd"/>
    </w:p>
    <w:p w14:paraId="752E45D0" w14:textId="77777777" w:rsidR="00F429E6" w:rsidRDefault="00000000">
      <w:pPr>
        <w:spacing w:after="0"/>
        <w:ind w:left="255"/>
      </w:pPr>
      <w:r>
        <w:t>☐ No</w:t>
      </w:r>
    </w:p>
    <w:p w14:paraId="0B392876" w14:textId="77777777" w:rsidR="00F429E6" w:rsidRDefault="00000000">
      <w:pPr>
        <w:keepNext/>
        <w:spacing w:after="60"/>
      </w:pPr>
      <w:r>
        <w:rPr>
          <w:b/>
        </w:rPr>
        <w:t xml:space="preserve">P18. En </w:t>
      </w:r>
      <w:proofErr w:type="spellStart"/>
      <w:r>
        <w:rPr>
          <w:b/>
        </w:rPr>
        <w:t>caso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afirmativo</w:t>
      </w:r>
      <w:proofErr w:type="spellEnd"/>
      <w:r>
        <w:rPr>
          <w:b/>
        </w:rPr>
        <w:t>, ¿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tipo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apoyo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recibiste</w:t>
      </w:r>
      <w:proofErr w:type="spellEnd"/>
      <w:r>
        <w:rPr>
          <w:b/>
        </w:rPr>
        <w:t>?</w:t>
      </w:r>
      <w:r>
        <w:rPr>
          <w:i/>
        </w:rPr>
        <w:t xml:space="preserve"> (</w:t>
      </w:r>
      <w:proofErr w:type="spellStart"/>
      <w:r>
        <w:rPr>
          <w:i/>
        </w:rPr>
        <w:t>puedes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marcar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varias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opciones</w:t>
      </w:r>
      <w:proofErr w:type="spellEnd"/>
      <w:r>
        <w:rPr>
          <w:i/>
        </w:rPr>
        <w:t>)</w:t>
      </w:r>
    </w:p>
    <w:p w14:paraId="2AD1FFED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Mantenerme</w:t>
      </w:r>
      <w:proofErr w:type="spellEnd"/>
      <w:r>
        <w:t xml:space="preserve"> </w:t>
      </w:r>
      <w:proofErr w:type="spellStart"/>
      <w:r>
        <w:t>informado</w:t>
      </w:r>
      <w:proofErr w:type="spellEnd"/>
      <w:r>
        <w:t xml:space="preserve"> de las </w:t>
      </w:r>
      <w:proofErr w:type="spellStart"/>
      <w:r>
        <w:t>noticias</w:t>
      </w:r>
      <w:proofErr w:type="spellEnd"/>
      <w:r>
        <w:t xml:space="preserve"> de </w:t>
      </w:r>
      <w:proofErr w:type="spellStart"/>
      <w:r>
        <w:t>actualidad</w:t>
      </w:r>
      <w:proofErr w:type="spellEnd"/>
    </w:p>
    <w:p w14:paraId="5553DE65" w14:textId="77777777" w:rsidR="00F429E6" w:rsidRDefault="00000000">
      <w:pPr>
        <w:spacing w:after="0"/>
        <w:ind w:left="255"/>
      </w:pPr>
      <w:r>
        <w:lastRenderedPageBreak/>
        <w:t xml:space="preserve">☐ </w:t>
      </w:r>
      <w:proofErr w:type="spellStart"/>
      <w:r>
        <w:t>Contactar</w:t>
      </w:r>
      <w:proofErr w:type="spellEnd"/>
      <w:r>
        <w:t xml:space="preserve"> </w:t>
      </w:r>
      <w:proofErr w:type="spellStart"/>
      <w:r>
        <w:t>conmigo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vías</w:t>
      </w:r>
      <w:proofErr w:type="spellEnd"/>
    </w:p>
    <w:p w14:paraId="0D87A47B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Contar</w:t>
      </w:r>
      <w:proofErr w:type="spellEnd"/>
      <w:r>
        <w:t xml:space="preserve"> </w:t>
      </w:r>
      <w:proofErr w:type="spellStart"/>
      <w:r>
        <w:t>conmigo</w:t>
      </w:r>
      <w:proofErr w:type="spellEnd"/>
      <w:r>
        <w:t xml:space="preserve"> para planes o </w:t>
      </w:r>
      <w:proofErr w:type="spellStart"/>
      <w:r>
        <w:t>actividades</w:t>
      </w:r>
      <w:proofErr w:type="spellEnd"/>
    </w:p>
    <w:p w14:paraId="27BDC9B8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Facilitarme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académica</w:t>
      </w:r>
      <w:proofErr w:type="spellEnd"/>
      <w:r>
        <w:t xml:space="preserve"> o </w:t>
      </w:r>
      <w:proofErr w:type="spellStart"/>
      <w:r>
        <w:t>laboral</w:t>
      </w:r>
      <w:proofErr w:type="spellEnd"/>
    </w:p>
    <w:p w14:paraId="36F052D0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Ayudarme</w:t>
      </w:r>
      <w:proofErr w:type="spellEnd"/>
      <w:r>
        <w:t xml:space="preserve"> con </w:t>
      </w:r>
      <w:proofErr w:type="spellStart"/>
      <w:r>
        <w:t>gestiones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normalmente</w:t>
      </w:r>
      <w:proofErr w:type="spellEnd"/>
      <w:r>
        <w:t xml:space="preserve"> </w:t>
      </w:r>
      <w:proofErr w:type="spellStart"/>
      <w:r>
        <w:t>realizaba</w:t>
      </w:r>
      <w:proofErr w:type="spellEnd"/>
      <w:r>
        <w:t xml:space="preserve"> con el </w:t>
      </w:r>
      <w:proofErr w:type="spellStart"/>
      <w:r>
        <w:t>móvil</w:t>
      </w:r>
      <w:proofErr w:type="spellEnd"/>
    </w:p>
    <w:p w14:paraId="3CA5CD87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Respetar</w:t>
      </w:r>
      <w:proofErr w:type="spellEnd"/>
      <w:r>
        <w:t xml:space="preserve"> mi </w:t>
      </w:r>
      <w:proofErr w:type="spellStart"/>
      <w:r>
        <w:t>decisión</w:t>
      </w:r>
      <w:proofErr w:type="spellEnd"/>
      <w:r>
        <w:t xml:space="preserve"> y </w:t>
      </w:r>
      <w:proofErr w:type="spellStart"/>
      <w:r>
        <w:t>facilitar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no </w:t>
      </w:r>
      <w:proofErr w:type="spellStart"/>
      <w:r>
        <w:t>utilizara</w:t>
      </w:r>
      <w:proofErr w:type="spellEnd"/>
      <w:r>
        <w:t xml:space="preserve"> el </w:t>
      </w:r>
      <w:proofErr w:type="spellStart"/>
      <w:r>
        <w:t>teléfono</w:t>
      </w:r>
      <w:proofErr w:type="spellEnd"/>
    </w:p>
    <w:p w14:paraId="3FCA9753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apoyo</w:t>
      </w:r>
      <w:proofErr w:type="spellEnd"/>
    </w:p>
    <w:p w14:paraId="5A1C187A" w14:textId="77777777" w:rsidR="00F429E6" w:rsidRDefault="00000000">
      <w:pPr>
        <w:keepNext/>
        <w:spacing w:after="60"/>
      </w:pPr>
      <w:r>
        <w:rPr>
          <w:b/>
        </w:rPr>
        <w:t xml:space="preserve">P19. En </w:t>
      </w:r>
      <w:proofErr w:type="spellStart"/>
      <w:r>
        <w:rPr>
          <w:b/>
        </w:rPr>
        <w:t>caso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negativo</w:t>
      </w:r>
      <w:proofErr w:type="spellEnd"/>
      <w:r>
        <w:rPr>
          <w:b/>
        </w:rPr>
        <w:t>, ¿</w:t>
      </w:r>
      <w:proofErr w:type="spellStart"/>
      <w:r>
        <w:rPr>
          <w:b/>
        </w:rPr>
        <w:t>por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no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sentiste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apoyado</w:t>
      </w:r>
      <w:proofErr w:type="spellEnd"/>
      <w:r>
        <w:rPr>
          <w:b/>
        </w:rPr>
        <w:t>?</w:t>
      </w:r>
    </w:p>
    <w:p w14:paraId="02E3EB8C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7CD00A8F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543212B3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20044C73" w14:textId="77777777" w:rsidR="00F429E6" w:rsidRDefault="00000000">
      <w:pPr>
        <w:keepNext/>
        <w:spacing w:after="60"/>
      </w:pPr>
      <w:r>
        <w:rPr>
          <w:b/>
        </w:rPr>
        <w:t xml:space="preserve">P20. Tras </w:t>
      </w:r>
      <w:proofErr w:type="spellStart"/>
      <w:r>
        <w:rPr>
          <w:b/>
        </w:rPr>
        <w:t>haber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participado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experimento</w:t>
      </w:r>
      <w:proofErr w:type="spellEnd"/>
      <w:r>
        <w:rPr>
          <w:b/>
        </w:rPr>
        <w:t>, ¿</w:t>
      </w:r>
      <w:proofErr w:type="spellStart"/>
      <w:r>
        <w:rPr>
          <w:b/>
        </w:rPr>
        <w:t>intentarás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limitar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controlar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tiempo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usas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>?</w:t>
      </w:r>
    </w:p>
    <w:p w14:paraId="5FF58F13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Sí</w:t>
      </w:r>
      <w:proofErr w:type="spellEnd"/>
    </w:p>
    <w:p w14:paraId="6A7EA7B0" w14:textId="77777777" w:rsidR="00F429E6" w:rsidRDefault="00000000">
      <w:pPr>
        <w:spacing w:after="0"/>
        <w:ind w:left="255"/>
      </w:pPr>
      <w:r>
        <w:t>☐ No</w:t>
      </w:r>
    </w:p>
    <w:p w14:paraId="17F3F856" w14:textId="77777777" w:rsidR="00F429E6" w:rsidRDefault="00000000">
      <w:pPr>
        <w:spacing w:after="0"/>
        <w:ind w:left="255"/>
      </w:pPr>
      <w:r>
        <w:t xml:space="preserve">☐ No lo </w:t>
      </w:r>
      <w:proofErr w:type="spellStart"/>
      <w:r>
        <w:t>sé</w:t>
      </w:r>
      <w:proofErr w:type="spellEnd"/>
      <w:r>
        <w:t xml:space="preserve"> </w:t>
      </w:r>
      <w:proofErr w:type="spellStart"/>
      <w:r>
        <w:t>todavía</w:t>
      </w:r>
      <w:proofErr w:type="spellEnd"/>
    </w:p>
    <w:p w14:paraId="058AB637" w14:textId="77777777" w:rsidR="00F429E6" w:rsidRDefault="00000000">
      <w:pPr>
        <w:keepNext/>
        <w:spacing w:after="60"/>
      </w:pPr>
      <w:r>
        <w:rPr>
          <w:b/>
        </w:rPr>
        <w:t>P21. ¿</w:t>
      </w:r>
      <w:proofErr w:type="spellStart"/>
      <w:r>
        <w:rPr>
          <w:b/>
        </w:rPr>
        <w:t>Estarías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dispuesto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repetir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experiencia</w:t>
      </w:r>
      <w:proofErr w:type="spellEnd"/>
      <w:r>
        <w:rPr>
          <w:b/>
        </w:rPr>
        <w:t>?</w:t>
      </w:r>
    </w:p>
    <w:p w14:paraId="357D0D95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Sí</w:t>
      </w:r>
      <w:proofErr w:type="spellEnd"/>
    </w:p>
    <w:p w14:paraId="197EF069" w14:textId="77777777" w:rsidR="00F429E6" w:rsidRDefault="00000000">
      <w:pPr>
        <w:spacing w:after="0"/>
        <w:ind w:left="255"/>
      </w:pPr>
      <w:r>
        <w:t>☐ No</w:t>
      </w:r>
    </w:p>
    <w:p w14:paraId="35D9B979" w14:textId="77777777" w:rsidR="00F429E6" w:rsidRDefault="00000000">
      <w:pPr>
        <w:spacing w:after="0"/>
        <w:ind w:left="255"/>
      </w:pPr>
      <w:r>
        <w:t xml:space="preserve">☐ No lo </w:t>
      </w:r>
      <w:proofErr w:type="spellStart"/>
      <w:r>
        <w:t>sé</w:t>
      </w:r>
      <w:proofErr w:type="spellEnd"/>
    </w:p>
    <w:p w14:paraId="7CAD1BD0" w14:textId="77777777" w:rsidR="00F429E6" w:rsidRDefault="00000000">
      <w:pPr>
        <w:keepNext/>
        <w:spacing w:after="60"/>
      </w:pPr>
      <w:r>
        <w:rPr>
          <w:b/>
        </w:rPr>
        <w:t xml:space="preserve">P22. </w:t>
      </w:r>
      <w:proofErr w:type="spellStart"/>
      <w:r>
        <w:rPr>
          <w:b/>
        </w:rPr>
        <w:t>Expón</w:t>
      </w:r>
      <w:proofErr w:type="spellEnd"/>
      <w:r>
        <w:rPr>
          <w:b/>
        </w:rPr>
        <w:t xml:space="preserve"> con </w:t>
      </w:r>
      <w:proofErr w:type="spellStart"/>
      <w:r>
        <w:rPr>
          <w:b/>
        </w:rPr>
        <w:t>tus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propias</w:t>
      </w:r>
      <w:proofErr w:type="spellEnd"/>
      <w:r>
        <w:rPr>
          <w:b/>
        </w:rPr>
        <w:t xml:space="preserve"> palabras </w:t>
      </w:r>
      <w:proofErr w:type="spellStart"/>
      <w:r>
        <w:rPr>
          <w:b/>
        </w:rPr>
        <w:t>cómo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sentiste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durante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los</w:t>
      </w:r>
      <w:proofErr w:type="spellEnd"/>
      <w:r>
        <w:rPr>
          <w:b/>
        </w:rPr>
        <w:t xml:space="preserve"> días sin usar el </w:t>
      </w:r>
      <w:proofErr w:type="spellStart"/>
      <w:r>
        <w:rPr>
          <w:b/>
        </w:rPr>
        <w:t>móvil</w:t>
      </w:r>
      <w:proofErr w:type="spellEnd"/>
      <w:r>
        <w:rPr>
          <w:b/>
        </w:rPr>
        <w:t>.</w:t>
      </w:r>
    </w:p>
    <w:p w14:paraId="1810F7FF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5E06A7A9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405AD6CF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77EFA9EC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4056C410" w14:textId="77777777" w:rsidR="00F429E6" w:rsidRDefault="00000000">
      <w:pPr>
        <w:keepNext/>
        <w:spacing w:after="60"/>
      </w:pPr>
      <w:r>
        <w:rPr>
          <w:b/>
        </w:rPr>
        <w:t>P23. ¿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has </w:t>
      </w:r>
      <w:proofErr w:type="spellStart"/>
      <w:r>
        <w:rPr>
          <w:b/>
        </w:rPr>
        <w:t>aprendido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experimento</w:t>
      </w:r>
      <w:proofErr w:type="spellEnd"/>
      <w:r>
        <w:rPr>
          <w:b/>
        </w:rPr>
        <w:t>?</w:t>
      </w:r>
    </w:p>
    <w:p w14:paraId="5BAC60EB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7F0EFFAB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7D733D53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4904A33F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51F778BC" w14:textId="77777777" w:rsidR="00F429E6" w:rsidRDefault="00000000">
      <w:pPr>
        <w:pStyle w:val="Ttulo1"/>
      </w:pPr>
      <w:r>
        <w:lastRenderedPageBreak/>
        <w:t xml:space="preserve">Semana de </w:t>
      </w:r>
      <w:proofErr w:type="spellStart"/>
      <w:r>
        <w:t>recuperación</w:t>
      </w:r>
      <w:proofErr w:type="spellEnd"/>
      <w:r>
        <w:t xml:space="preserve"> y </w:t>
      </w:r>
      <w:proofErr w:type="spellStart"/>
      <w:r>
        <w:t>cambios</w:t>
      </w:r>
      <w:proofErr w:type="spellEnd"/>
      <w:r>
        <w:t xml:space="preserve"> posteriores</w:t>
      </w:r>
    </w:p>
    <w:p w14:paraId="1DDF9DC3" w14:textId="77777777" w:rsidR="00F429E6" w:rsidRDefault="00000000">
      <w:pPr>
        <w:keepNext/>
        <w:spacing w:after="60"/>
      </w:pPr>
      <w:r>
        <w:rPr>
          <w:b/>
        </w:rPr>
        <w:t xml:space="preserve">P24. Cuando </w:t>
      </w:r>
      <w:proofErr w:type="spellStart"/>
      <w:r>
        <w:rPr>
          <w:b/>
        </w:rPr>
        <w:t>volviste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utilizar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después</w:t>
      </w:r>
      <w:proofErr w:type="spellEnd"/>
      <w:r>
        <w:rPr>
          <w:b/>
        </w:rPr>
        <w:t xml:space="preserve"> de la </w:t>
      </w:r>
      <w:proofErr w:type="spellStart"/>
      <w:r>
        <w:rPr>
          <w:b/>
        </w:rPr>
        <w:t>semana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desconexión</w:t>
      </w:r>
      <w:proofErr w:type="spellEnd"/>
      <w:r>
        <w:rPr>
          <w:b/>
        </w:rPr>
        <w:t>, ¿</w:t>
      </w:r>
      <w:proofErr w:type="spellStart"/>
      <w:r>
        <w:rPr>
          <w:b/>
        </w:rPr>
        <w:t>cómo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consumo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durante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los</w:t>
      </w:r>
      <w:proofErr w:type="spellEnd"/>
      <w:r>
        <w:rPr>
          <w:b/>
        </w:rPr>
        <w:t xml:space="preserve"> primeros días?</w:t>
      </w:r>
    </w:p>
    <w:p w14:paraId="26B41709" w14:textId="77777777" w:rsidR="00F429E6" w:rsidRDefault="00000000">
      <w:pPr>
        <w:keepNext/>
        <w:spacing w:after="0"/>
        <w:ind w:left="255"/>
      </w:pPr>
      <w:r>
        <w:t xml:space="preserve">☐ Mucho </w:t>
      </w:r>
      <w:proofErr w:type="spellStart"/>
      <w:r>
        <w:t>menor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antes del </w:t>
      </w:r>
      <w:proofErr w:type="spellStart"/>
      <w:r>
        <w:t>experimento</w:t>
      </w:r>
      <w:proofErr w:type="spellEnd"/>
    </w:p>
    <w:p w14:paraId="65E47BE6" w14:textId="77777777" w:rsidR="00F429E6" w:rsidRDefault="00000000">
      <w:pPr>
        <w:keepNext/>
        <w:spacing w:after="0"/>
        <w:ind w:left="255"/>
      </w:pPr>
      <w:r>
        <w:t xml:space="preserve">☐ Algo </w:t>
      </w:r>
      <w:proofErr w:type="spellStart"/>
      <w:r>
        <w:t>menor</w:t>
      </w:r>
      <w:proofErr w:type="spellEnd"/>
    </w:p>
    <w:p w14:paraId="09721946" w14:textId="77777777" w:rsidR="00F429E6" w:rsidRDefault="00000000">
      <w:pPr>
        <w:keepNext/>
        <w:spacing w:after="0"/>
        <w:ind w:left="255"/>
      </w:pPr>
      <w:r>
        <w:t xml:space="preserve">☐ </w:t>
      </w:r>
      <w:proofErr w:type="spellStart"/>
      <w:r>
        <w:t>Aproximadamente</w:t>
      </w:r>
      <w:proofErr w:type="spellEnd"/>
      <w:r>
        <w:t xml:space="preserve"> </w:t>
      </w:r>
      <w:proofErr w:type="spellStart"/>
      <w:r>
        <w:t>igual</w:t>
      </w:r>
      <w:proofErr w:type="spellEnd"/>
    </w:p>
    <w:p w14:paraId="7940496D" w14:textId="77777777" w:rsidR="00F429E6" w:rsidRDefault="00000000">
      <w:pPr>
        <w:keepNext/>
        <w:spacing w:after="0"/>
        <w:ind w:left="255"/>
      </w:pPr>
      <w:r>
        <w:t>☐ Algo mayor</w:t>
      </w:r>
    </w:p>
    <w:p w14:paraId="324DC0E0" w14:textId="77777777" w:rsidR="00F429E6" w:rsidRDefault="00000000">
      <w:pPr>
        <w:spacing w:after="0"/>
        <w:ind w:left="255"/>
      </w:pPr>
      <w:r>
        <w:t>☐ Mucho mayor</w:t>
      </w:r>
    </w:p>
    <w:p w14:paraId="6BED28F7" w14:textId="77777777" w:rsidR="00F429E6" w:rsidRDefault="00000000">
      <w:pPr>
        <w:keepNext/>
        <w:spacing w:after="60"/>
      </w:pPr>
      <w:r>
        <w:rPr>
          <w:b/>
        </w:rPr>
        <w:t xml:space="preserve">P25. </w:t>
      </w:r>
      <w:proofErr w:type="spellStart"/>
      <w:r>
        <w:rPr>
          <w:b/>
        </w:rPr>
        <w:t>Desde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recuperaste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uso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, ¿has </w:t>
      </w:r>
      <w:proofErr w:type="spellStart"/>
      <w:r>
        <w:rPr>
          <w:b/>
        </w:rPr>
        <w:t>cambiado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voluntariamente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alguno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estos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hábitos</w:t>
      </w:r>
      <w:proofErr w:type="spellEnd"/>
      <w:r>
        <w:rPr>
          <w:b/>
        </w:rPr>
        <w:t>?</w:t>
      </w:r>
      <w:r>
        <w:rPr>
          <w:i/>
        </w:rPr>
        <w:t xml:space="preserve"> (</w:t>
      </w:r>
      <w:proofErr w:type="spellStart"/>
      <w:r>
        <w:rPr>
          <w:i/>
        </w:rPr>
        <w:t>puedes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marcar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varias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opciones</w:t>
      </w:r>
      <w:proofErr w:type="spellEnd"/>
      <w:r>
        <w:rPr>
          <w:i/>
        </w:rPr>
        <w:t>)</w:t>
      </w:r>
    </w:p>
    <w:p w14:paraId="04497289" w14:textId="77777777" w:rsidR="00F429E6" w:rsidRDefault="00000000">
      <w:pPr>
        <w:spacing w:after="0"/>
        <w:ind w:left="255"/>
      </w:pPr>
      <w:r>
        <w:t xml:space="preserve">☐ He </w:t>
      </w:r>
      <w:proofErr w:type="spellStart"/>
      <w:r>
        <w:t>reducido</w:t>
      </w:r>
      <w:proofErr w:type="spellEnd"/>
      <w:r>
        <w:t xml:space="preserve"> el </w:t>
      </w:r>
      <w:proofErr w:type="spellStart"/>
      <w:r>
        <w:t>tiempo</w:t>
      </w:r>
      <w:proofErr w:type="spellEnd"/>
      <w:r>
        <w:t xml:space="preserve"> total de </w:t>
      </w:r>
      <w:proofErr w:type="spellStart"/>
      <w:r>
        <w:t>uso</w:t>
      </w:r>
      <w:proofErr w:type="spellEnd"/>
    </w:p>
    <w:p w14:paraId="10BBAD57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Consulto</w:t>
      </w:r>
      <w:proofErr w:type="spellEnd"/>
      <w:r>
        <w:t xml:space="preserve"> el </w:t>
      </w:r>
      <w:proofErr w:type="spellStart"/>
      <w:r>
        <w:t>móvil</w:t>
      </w:r>
      <w:proofErr w:type="spellEnd"/>
      <w:r>
        <w:t xml:space="preserve"> con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frecuencia</w:t>
      </w:r>
      <w:proofErr w:type="spellEnd"/>
    </w:p>
    <w:p w14:paraId="0AF5A598" w14:textId="77777777" w:rsidR="00F429E6" w:rsidRDefault="00000000">
      <w:pPr>
        <w:spacing w:after="0"/>
        <w:ind w:left="255"/>
      </w:pPr>
      <w:r>
        <w:t xml:space="preserve">☐ He </w:t>
      </w:r>
      <w:proofErr w:type="spellStart"/>
      <w:r>
        <w:t>reducido</w:t>
      </w:r>
      <w:proofErr w:type="spellEnd"/>
      <w:r>
        <w:t xml:space="preserve"> el </w:t>
      </w:r>
      <w:proofErr w:type="spellStart"/>
      <w:r>
        <w:t>uso</w:t>
      </w:r>
      <w:proofErr w:type="spellEnd"/>
      <w:r>
        <w:t xml:space="preserve"> de redes </w:t>
      </w:r>
      <w:proofErr w:type="spellStart"/>
      <w:r>
        <w:t>sociales</w:t>
      </w:r>
      <w:proofErr w:type="spellEnd"/>
    </w:p>
    <w:p w14:paraId="0CDE7A89" w14:textId="77777777" w:rsidR="00F429E6" w:rsidRDefault="00000000">
      <w:pPr>
        <w:spacing w:after="0"/>
        <w:ind w:left="255"/>
      </w:pPr>
      <w:r>
        <w:t xml:space="preserve">☐ He </w:t>
      </w:r>
      <w:proofErr w:type="spellStart"/>
      <w:r>
        <w:t>reducido</w:t>
      </w:r>
      <w:proofErr w:type="spellEnd"/>
      <w:r>
        <w:t xml:space="preserve"> o </w:t>
      </w:r>
      <w:proofErr w:type="spellStart"/>
      <w:r>
        <w:t>desactivado</w:t>
      </w:r>
      <w:proofErr w:type="spellEnd"/>
      <w:r>
        <w:t xml:space="preserve"> </w:t>
      </w:r>
      <w:proofErr w:type="spellStart"/>
      <w:r>
        <w:t>notificaciones</w:t>
      </w:r>
      <w:proofErr w:type="spellEnd"/>
    </w:p>
    <w:p w14:paraId="4E0F83BB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Evito</w:t>
      </w:r>
      <w:proofErr w:type="spellEnd"/>
      <w:r>
        <w:t xml:space="preserve"> </w:t>
      </w:r>
      <w:proofErr w:type="spellStart"/>
      <w:r>
        <w:t>utilizarlo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determinados</w:t>
      </w:r>
      <w:proofErr w:type="spellEnd"/>
      <w:r>
        <w:t xml:space="preserve"> </w:t>
      </w:r>
      <w:proofErr w:type="spellStart"/>
      <w:r>
        <w:t>momentos</w:t>
      </w:r>
      <w:proofErr w:type="spellEnd"/>
      <w:r>
        <w:t xml:space="preserve"> del día</w:t>
      </w:r>
    </w:p>
    <w:p w14:paraId="443D6BFC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Evito</w:t>
      </w:r>
      <w:proofErr w:type="spellEnd"/>
      <w:r>
        <w:t xml:space="preserve"> </w:t>
      </w:r>
      <w:proofErr w:type="spellStart"/>
      <w:r>
        <w:t>utilizarlo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estoy</w:t>
      </w:r>
      <w:proofErr w:type="spellEnd"/>
      <w:r>
        <w:t xml:space="preserve"> con </w:t>
      </w:r>
      <w:proofErr w:type="spellStart"/>
      <w:r>
        <w:t>otras</w:t>
      </w:r>
      <w:proofErr w:type="spellEnd"/>
      <w:r>
        <w:t xml:space="preserve"> personas</w:t>
      </w:r>
    </w:p>
    <w:p w14:paraId="03646E3A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Evito</w:t>
      </w:r>
      <w:proofErr w:type="spellEnd"/>
      <w:r>
        <w:t xml:space="preserve"> </w:t>
      </w:r>
      <w:proofErr w:type="spellStart"/>
      <w:r>
        <w:t>utilizarlo</w:t>
      </w:r>
      <w:proofErr w:type="spellEnd"/>
      <w:r>
        <w:t xml:space="preserve"> antes de </w:t>
      </w:r>
      <w:proofErr w:type="spellStart"/>
      <w:r>
        <w:t>dormir</w:t>
      </w:r>
      <w:proofErr w:type="spellEnd"/>
    </w:p>
    <w:p w14:paraId="3EE56C14" w14:textId="77777777" w:rsidR="00F429E6" w:rsidRDefault="00000000">
      <w:pPr>
        <w:spacing w:after="0"/>
        <w:ind w:left="255"/>
      </w:pPr>
      <w:r>
        <w:t xml:space="preserve">☐ He </w:t>
      </w:r>
      <w:proofErr w:type="spellStart"/>
      <w:r>
        <w:t>cambiado</w:t>
      </w:r>
      <w:proofErr w:type="spellEnd"/>
      <w:r>
        <w:t xml:space="preserve"> mi </w:t>
      </w:r>
      <w:proofErr w:type="spellStart"/>
      <w:r>
        <w:t>manera</w:t>
      </w:r>
      <w:proofErr w:type="spellEnd"/>
      <w:r>
        <w:t xml:space="preserve"> de </w:t>
      </w:r>
      <w:proofErr w:type="spellStart"/>
      <w:r>
        <w:t>informarme</w:t>
      </w:r>
      <w:proofErr w:type="spellEnd"/>
    </w:p>
    <w:p w14:paraId="02702046" w14:textId="77777777" w:rsidR="00F429E6" w:rsidRDefault="00000000">
      <w:pPr>
        <w:spacing w:after="0"/>
        <w:ind w:left="255"/>
      </w:pPr>
      <w:r>
        <w:t xml:space="preserve">☐ He </w:t>
      </w:r>
      <w:proofErr w:type="spellStart"/>
      <w:r>
        <w:t>eliminado</w:t>
      </w:r>
      <w:proofErr w:type="spellEnd"/>
      <w:r>
        <w:t xml:space="preserve"> o </w:t>
      </w:r>
      <w:proofErr w:type="spellStart"/>
      <w:r>
        <w:t>dejado</w:t>
      </w:r>
      <w:proofErr w:type="spellEnd"/>
      <w:r>
        <w:t xml:space="preserve"> de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aplicación</w:t>
      </w:r>
      <w:proofErr w:type="spellEnd"/>
    </w:p>
    <w:p w14:paraId="2292CB37" w14:textId="77777777" w:rsidR="00F429E6" w:rsidRDefault="00000000">
      <w:pPr>
        <w:spacing w:after="0"/>
        <w:ind w:left="255"/>
      </w:pPr>
      <w:r>
        <w:t xml:space="preserve">☐ No he </w:t>
      </w:r>
      <w:proofErr w:type="spellStart"/>
      <w:r>
        <w:t>cambiado</w:t>
      </w:r>
      <w:proofErr w:type="spellEnd"/>
      <w:r>
        <w:t xml:space="preserve"> mis </w:t>
      </w:r>
      <w:proofErr w:type="spellStart"/>
      <w:r>
        <w:t>hábitos</w:t>
      </w:r>
      <w:proofErr w:type="spellEnd"/>
    </w:p>
    <w:p w14:paraId="748AAFC8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cambio</w:t>
      </w:r>
      <w:proofErr w:type="spellEnd"/>
    </w:p>
    <w:p w14:paraId="07868259" w14:textId="77777777" w:rsidR="00F429E6" w:rsidRDefault="00000000">
      <w:pPr>
        <w:keepNext/>
        <w:spacing w:after="60"/>
      </w:pPr>
      <w:r>
        <w:rPr>
          <w:b/>
        </w:rPr>
        <w:t xml:space="preserve">P26. </w:t>
      </w:r>
      <w:proofErr w:type="spellStart"/>
      <w:r>
        <w:rPr>
          <w:b/>
        </w:rPr>
        <w:t>Comparado</w:t>
      </w:r>
      <w:proofErr w:type="spellEnd"/>
      <w:r>
        <w:rPr>
          <w:b/>
        </w:rPr>
        <w:t xml:space="preserve"> con antes del </w:t>
      </w:r>
      <w:proofErr w:type="spellStart"/>
      <w:r>
        <w:rPr>
          <w:b/>
        </w:rPr>
        <w:t>experimento</w:t>
      </w:r>
      <w:proofErr w:type="spellEnd"/>
      <w:r>
        <w:rPr>
          <w:b/>
        </w:rPr>
        <w:t>, ¿</w:t>
      </w:r>
      <w:proofErr w:type="spellStart"/>
      <w:r>
        <w:rPr>
          <w:b/>
        </w:rPr>
        <w:t>cuánto</w:t>
      </w:r>
      <w:proofErr w:type="spellEnd"/>
      <w:r>
        <w:rPr>
          <w:b/>
        </w:rPr>
        <w:t xml:space="preserve"> control </w:t>
      </w:r>
      <w:proofErr w:type="spellStart"/>
      <w:r>
        <w:rPr>
          <w:b/>
        </w:rPr>
        <w:t>consideras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tienes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ahora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sobre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uso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móvil</w:t>
      </w:r>
      <w:proofErr w:type="spellEnd"/>
      <w:r>
        <w:rPr>
          <w:b/>
        </w:rPr>
        <w:t>?</w:t>
      </w:r>
    </w:p>
    <w:p w14:paraId="4E433904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03EF407F" w14:textId="77777777" w:rsidR="00F429E6" w:rsidRDefault="00000000">
      <w:pPr>
        <w:spacing w:after="80"/>
        <w:ind w:left="255"/>
      </w:pPr>
      <w:r>
        <w:rPr>
          <w:i/>
        </w:rPr>
        <w:t xml:space="preserve">1 = Mucho </w:t>
      </w:r>
      <w:proofErr w:type="spellStart"/>
      <w:r>
        <w:rPr>
          <w:i/>
        </w:rPr>
        <w:t>menos</w:t>
      </w:r>
      <w:proofErr w:type="spellEnd"/>
      <w:r>
        <w:rPr>
          <w:i/>
        </w:rPr>
        <w:t xml:space="preserve"> control · 5 = Mucho </w:t>
      </w:r>
      <w:proofErr w:type="spellStart"/>
      <w:r>
        <w:rPr>
          <w:i/>
        </w:rPr>
        <w:t>más</w:t>
      </w:r>
      <w:proofErr w:type="spellEnd"/>
      <w:r>
        <w:rPr>
          <w:i/>
        </w:rPr>
        <w:t xml:space="preserve"> control</w:t>
      </w:r>
    </w:p>
    <w:p w14:paraId="0C8A0D26" w14:textId="77777777" w:rsidR="00F429E6" w:rsidRDefault="00000000">
      <w:pPr>
        <w:keepNext/>
        <w:pageBreakBefore/>
        <w:spacing w:after="60"/>
      </w:pPr>
      <w:r>
        <w:rPr>
          <w:b/>
        </w:rPr>
        <w:lastRenderedPageBreak/>
        <w:t xml:space="preserve">P27. Tras </w:t>
      </w:r>
      <w:proofErr w:type="spellStart"/>
      <w:r>
        <w:rPr>
          <w:b/>
        </w:rPr>
        <w:t>recuperar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, ¿has </w:t>
      </w:r>
      <w:proofErr w:type="spellStart"/>
      <w:r>
        <w:rPr>
          <w:b/>
        </w:rPr>
        <w:t>vuelto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utilizarlo</w:t>
      </w:r>
      <w:proofErr w:type="spellEnd"/>
      <w:r>
        <w:rPr>
          <w:b/>
        </w:rPr>
        <w:t xml:space="preserve"> de la </w:t>
      </w:r>
      <w:proofErr w:type="spellStart"/>
      <w:r>
        <w:rPr>
          <w:b/>
        </w:rPr>
        <w:t>misma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manera</w:t>
      </w:r>
      <w:proofErr w:type="spellEnd"/>
      <w:r>
        <w:rPr>
          <w:b/>
        </w:rPr>
        <w:t xml:space="preserve"> para </w:t>
      </w:r>
      <w:proofErr w:type="spellStart"/>
      <w:r>
        <w:rPr>
          <w:b/>
        </w:rPr>
        <w:t>informarte</w:t>
      </w:r>
      <w:proofErr w:type="spellEnd"/>
      <w:r>
        <w:rPr>
          <w:b/>
        </w:rPr>
        <w:t xml:space="preserve"> de la </w:t>
      </w:r>
      <w:proofErr w:type="spellStart"/>
      <w:r>
        <w:rPr>
          <w:b/>
        </w:rPr>
        <w:t>actualidad</w:t>
      </w:r>
      <w:proofErr w:type="spellEnd"/>
      <w:r>
        <w:rPr>
          <w:b/>
        </w:rPr>
        <w:t>?</w:t>
      </w:r>
    </w:p>
    <w:p w14:paraId="27272972" w14:textId="77777777" w:rsidR="00F429E6" w:rsidRDefault="00000000">
      <w:pPr>
        <w:spacing w:after="0"/>
        <w:ind w:left="255"/>
      </w:pPr>
      <w:r>
        <w:t xml:space="preserve">☐ </w:t>
      </w:r>
      <w:proofErr w:type="spellStart"/>
      <w:r>
        <w:t>Sí</w:t>
      </w:r>
      <w:proofErr w:type="spellEnd"/>
      <w:r>
        <w:t xml:space="preserve">, </w:t>
      </w:r>
      <w:proofErr w:type="spellStart"/>
      <w:r>
        <w:t>prácticamente</w:t>
      </w:r>
      <w:proofErr w:type="spellEnd"/>
      <w:r>
        <w:t xml:space="preserve"> </w:t>
      </w:r>
      <w:proofErr w:type="spellStart"/>
      <w:r>
        <w:t>igual</w:t>
      </w:r>
      <w:proofErr w:type="spellEnd"/>
    </w:p>
    <w:p w14:paraId="246DCE8F" w14:textId="77777777" w:rsidR="00F429E6" w:rsidRDefault="00000000">
      <w:pPr>
        <w:spacing w:after="0"/>
        <w:ind w:left="255"/>
      </w:pPr>
      <w:r>
        <w:t xml:space="preserve">☐ No, </w:t>
      </w:r>
      <w:proofErr w:type="spellStart"/>
      <w:r>
        <w:t>ahora</w:t>
      </w:r>
      <w:proofErr w:type="spellEnd"/>
      <w:r>
        <w:t xml:space="preserve"> lo </w:t>
      </w:r>
      <w:proofErr w:type="spellStart"/>
      <w:r>
        <w:t>utilizo</w:t>
      </w:r>
      <w:proofErr w:type="spellEnd"/>
      <w:r>
        <w:t xml:space="preserve"> </w:t>
      </w:r>
      <w:proofErr w:type="spellStart"/>
      <w:r>
        <w:t>menos</w:t>
      </w:r>
      <w:proofErr w:type="spellEnd"/>
      <w:r>
        <w:t xml:space="preserve"> para </w:t>
      </w:r>
      <w:proofErr w:type="spellStart"/>
      <w:r>
        <w:t>informarme</w:t>
      </w:r>
      <w:proofErr w:type="spellEnd"/>
    </w:p>
    <w:p w14:paraId="239A1D1E" w14:textId="77777777" w:rsidR="00F429E6" w:rsidRDefault="00000000">
      <w:pPr>
        <w:spacing w:after="0"/>
        <w:ind w:left="255"/>
      </w:pPr>
      <w:r>
        <w:t xml:space="preserve">☐ No, </w:t>
      </w:r>
      <w:proofErr w:type="spellStart"/>
      <w:r>
        <w:t>ahora</w:t>
      </w:r>
      <w:proofErr w:type="spellEnd"/>
      <w:r>
        <w:t xml:space="preserve"> lo </w:t>
      </w:r>
      <w:proofErr w:type="spellStart"/>
      <w:r>
        <w:t>utilizo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para </w:t>
      </w:r>
      <w:proofErr w:type="spellStart"/>
      <w:r>
        <w:t>informarme</w:t>
      </w:r>
      <w:proofErr w:type="spellEnd"/>
    </w:p>
    <w:p w14:paraId="6A5BC137" w14:textId="77777777" w:rsidR="00F429E6" w:rsidRDefault="00000000">
      <w:pPr>
        <w:spacing w:after="0"/>
        <w:ind w:left="255"/>
      </w:pPr>
      <w:r>
        <w:t xml:space="preserve">☐ He </w:t>
      </w:r>
      <w:proofErr w:type="spellStart"/>
      <w:r>
        <w:t>cambiado</w:t>
      </w:r>
      <w:proofErr w:type="spellEnd"/>
      <w:r>
        <w:t xml:space="preserve"> las </w:t>
      </w:r>
      <w:proofErr w:type="spellStart"/>
      <w:r>
        <w:t>fuentes</w:t>
      </w:r>
      <w:proofErr w:type="spellEnd"/>
      <w:r>
        <w:t xml:space="preserve"> o </w:t>
      </w:r>
      <w:proofErr w:type="spellStart"/>
      <w:r>
        <w:t>vías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las </w:t>
      </w:r>
      <w:proofErr w:type="spellStart"/>
      <w:r>
        <w:t>que</w:t>
      </w:r>
      <w:proofErr w:type="spellEnd"/>
      <w:r>
        <w:t xml:space="preserve"> me </w:t>
      </w:r>
      <w:proofErr w:type="spellStart"/>
      <w:r>
        <w:t>informo</w:t>
      </w:r>
      <w:proofErr w:type="spellEnd"/>
    </w:p>
    <w:p w14:paraId="5D105975" w14:textId="77777777" w:rsidR="00F429E6" w:rsidRDefault="00000000">
      <w:pPr>
        <w:keepNext/>
        <w:spacing w:after="60"/>
      </w:pPr>
      <w:r>
        <w:rPr>
          <w:b/>
        </w:rPr>
        <w:t xml:space="preserve">P27a. Si has </w:t>
      </w:r>
      <w:proofErr w:type="spellStart"/>
      <w:r>
        <w:rPr>
          <w:b/>
        </w:rPr>
        <w:t>cambiado</w:t>
      </w:r>
      <w:proofErr w:type="spellEnd"/>
      <w:r>
        <w:rPr>
          <w:b/>
        </w:rPr>
        <w:t xml:space="preserve"> las </w:t>
      </w:r>
      <w:proofErr w:type="spellStart"/>
      <w:r>
        <w:rPr>
          <w:b/>
        </w:rPr>
        <w:t>fuentes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vías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por</w:t>
      </w:r>
      <w:proofErr w:type="spellEnd"/>
      <w:r>
        <w:rPr>
          <w:b/>
        </w:rPr>
        <w:t xml:space="preserve"> las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explica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brevemente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ha </w:t>
      </w:r>
      <w:proofErr w:type="spellStart"/>
      <w:r>
        <w:rPr>
          <w:b/>
        </w:rPr>
        <w:t>cambiado</w:t>
      </w:r>
      <w:proofErr w:type="spellEnd"/>
      <w:r>
        <w:rPr>
          <w:b/>
        </w:rPr>
        <w:t>.</w:t>
      </w:r>
    </w:p>
    <w:p w14:paraId="5744CEB8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05BB544B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7E9D86DA" w14:textId="77777777" w:rsidR="00F429E6" w:rsidRDefault="00000000">
      <w:pPr>
        <w:keepNext/>
        <w:spacing w:after="60"/>
      </w:pPr>
      <w:r>
        <w:rPr>
          <w:b/>
        </w:rPr>
        <w:t xml:space="preserve">P28. </w:t>
      </w:r>
      <w:proofErr w:type="spellStart"/>
      <w:r>
        <w:rPr>
          <w:b/>
        </w:rPr>
        <w:t>Después</w:t>
      </w:r>
      <w:proofErr w:type="spellEnd"/>
      <w:r>
        <w:rPr>
          <w:b/>
        </w:rPr>
        <w:t xml:space="preserve"> de la </w:t>
      </w:r>
      <w:proofErr w:type="spellStart"/>
      <w:r>
        <w:rPr>
          <w:b/>
        </w:rPr>
        <w:t>experiencia</w:t>
      </w:r>
      <w:proofErr w:type="spellEnd"/>
      <w:r>
        <w:rPr>
          <w:b/>
        </w:rPr>
        <w:t>, ¿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medida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estarías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dispuesto</w:t>
      </w:r>
      <w:proofErr w:type="spellEnd"/>
      <w:r>
        <w:rPr>
          <w:b/>
        </w:rPr>
        <w:t xml:space="preserve"> a pasar </w:t>
      </w:r>
      <w:proofErr w:type="spellStart"/>
      <w:r>
        <w:rPr>
          <w:b/>
        </w:rPr>
        <w:t>voluntariamente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periodos</w:t>
      </w:r>
      <w:proofErr w:type="spellEnd"/>
      <w:r>
        <w:rPr>
          <w:b/>
        </w:rPr>
        <w:t xml:space="preserve"> sin </w:t>
      </w:r>
      <w:proofErr w:type="spellStart"/>
      <w:r>
        <w:rPr>
          <w:b/>
        </w:rPr>
        <w:t>utilizar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teléfono</w:t>
      </w:r>
      <w:proofErr w:type="spellEnd"/>
      <w:r>
        <w:rPr>
          <w:b/>
        </w:rPr>
        <w:t>?</w:t>
      </w:r>
    </w:p>
    <w:p w14:paraId="7C4B4F94" w14:textId="77777777" w:rsidR="00F429E6" w:rsidRDefault="00000000">
      <w:pPr>
        <w:keepNext/>
        <w:spacing w:after="0"/>
        <w:ind w:left="255"/>
      </w:pPr>
      <w:r>
        <w:t>1 ☐    2 ☐    3 ☐    4 ☐    5 ☐</w:t>
      </w:r>
    </w:p>
    <w:p w14:paraId="7038E0AA" w14:textId="77777777" w:rsidR="00F429E6" w:rsidRDefault="00000000">
      <w:pPr>
        <w:spacing w:after="80"/>
        <w:ind w:left="255"/>
      </w:pPr>
      <w:r>
        <w:rPr>
          <w:i/>
        </w:rPr>
        <w:t xml:space="preserve">1 = Nada </w:t>
      </w:r>
      <w:proofErr w:type="spellStart"/>
      <w:r>
        <w:rPr>
          <w:i/>
        </w:rPr>
        <w:t>dispuesto</w:t>
      </w:r>
      <w:proofErr w:type="spellEnd"/>
      <w:r>
        <w:rPr>
          <w:i/>
        </w:rPr>
        <w:t xml:space="preserve"> · 5 = Muy </w:t>
      </w:r>
      <w:proofErr w:type="spellStart"/>
      <w:r>
        <w:rPr>
          <w:i/>
        </w:rPr>
        <w:t>dispuesto</w:t>
      </w:r>
      <w:proofErr w:type="spellEnd"/>
    </w:p>
    <w:p w14:paraId="510FDC5B" w14:textId="77777777" w:rsidR="00F429E6" w:rsidRDefault="00000000">
      <w:pPr>
        <w:keepNext/>
        <w:spacing w:after="60"/>
      </w:pPr>
      <w:r>
        <w:rPr>
          <w:b/>
        </w:rPr>
        <w:t xml:space="preserve">P29. Si </w:t>
      </w:r>
      <w:proofErr w:type="spellStart"/>
      <w:r>
        <w:rPr>
          <w:b/>
        </w:rPr>
        <w:t>tuvieras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resumir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una</w:t>
      </w:r>
      <w:proofErr w:type="spellEnd"/>
      <w:r>
        <w:rPr>
          <w:b/>
        </w:rPr>
        <w:t xml:space="preserve"> sola idea 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ha </w:t>
      </w:r>
      <w:proofErr w:type="spellStart"/>
      <w:r>
        <w:rPr>
          <w:b/>
        </w:rPr>
        <w:t>cambiado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relación</w:t>
      </w:r>
      <w:proofErr w:type="spellEnd"/>
      <w:r>
        <w:rPr>
          <w:b/>
        </w:rPr>
        <w:t xml:space="preserve"> con el </w:t>
      </w:r>
      <w:proofErr w:type="spellStart"/>
      <w:r>
        <w:rPr>
          <w:b/>
        </w:rPr>
        <w:t>teléfono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después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experimento</w:t>
      </w:r>
      <w:proofErr w:type="spellEnd"/>
      <w:r>
        <w:rPr>
          <w:b/>
        </w:rPr>
        <w:t>, ¿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dirías</w:t>
      </w:r>
      <w:proofErr w:type="spellEnd"/>
      <w:r>
        <w:rPr>
          <w:b/>
        </w:rPr>
        <w:t>?</w:t>
      </w:r>
    </w:p>
    <w:p w14:paraId="68857FF9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p w14:paraId="648B6964" w14:textId="77777777" w:rsidR="00F429E6" w:rsidRDefault="00000000">
      <w:pPr>
        <w:spacing w:after="20"/>
        <w:ind w:left="255"/>
      </w:pPr>
      <w:r>
        <w:t>________________________________________________________________________________</w:t>
      </w:r>
    </w:p>
    <w:sectPr w:rsidR="00F429E6" w:rsidSect="00034616">
      <w:headerReference w:type="default" r:id="rId8"/>
      <w:footerReference w:type="default" r:id="rId9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B70E38" w14:textId="77777777" w:rsidR="0032323C" w:rsidRDefault="0032323C">
      <w:pPr>
        <w:spacing w:after="0" w:line="240" w:lineRule="auto"/>
      </w:pPr>
      <w:r>
        <w:separator/>
      </w:r>
    </w:p>
  </w:endnote>
  <w:endnote w:type="continuationSeparator" w:id="0">
    <w:p w14:paraId="0F14C979" w14:textId="77777777" w:rsidR="0032323C" w:rsidRDefault="00323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B3F077" w14:textId="77777777" w:rsidR="00890CF0" w:rsidRDefault="00000000">
    <w:pPr>
      <w:pStyle w:val="Piedepgina"/>
    </w:pPr>
    <w:r>
      <w:t xml:space="preserve">USINRED2 · </w:t>
    </w:r>
    <w:proofErr w:type="spellStart"/>
    <w:r>
      <w:t>Encuesta</w:t>
    </w:r>
    <w:proofErr w:type="spellEnd"/>
    <w:r>
      <w:t xml:space="preserve"> 3 · Final del </w:t>
    </w:r>
    <w:proofErr w:type="spellStart"/>
    <w:r>
      <w:t>experimento</w:t>
    </w:r>
    <w:proofErr w:type="spellEnd"/>
    <w:r>
      <w:t xml:space="preserve"> · </w:t>
    </w:r>
    <w:proofErr w:type="spellStart"/>
    <w:r>
      <w:t>septiembre</w:t>
    </w:r>
    <w:proofErr w:type="spellEnd"/>
    <w:r>
      <w:t xml:space="preserve">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9D283E" w14:textId="77777777" w:rsidR="0032323C" w:rsidRDefault="0032323C">
      <w:pPr>
        <w:spacing w:after="0" w:line="240" w:lineRule="auto"/>
      </w:pPr>
      <w:r>
        <w:separator/>
      </w:r>
    </w:p>
  </w:footnote>
  <w:footnote w:type="continuationSeparator" w:id="0">
    <w:p w14:paraId="2E1ED2DB" w14:textId="77777777" w:rsidR="0032323C" w:rsidRDefault="00323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F3BDF5" w14:textId="77777777" w:rsidR="00890CF0" w:rsidRDefault="00000000">
    <w:pPr>
      <w:pStyle w:val="Encabezado"/>
    </w:pPr>
    <w:r>
      <w:rPr>
        <w:noProof/>
      </w:rPr>
      <w:drawing>
        <wp:inline distT="0" distB="0" distL="0" distR="0" wp14:anchorId="4D510551" wp14:editId="3845E498">
          <wp:extent cx="1188720" cy="5036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1279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503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1003533">
    <w:abstractNumId w:val="8"/>
  </w:num>
  <w:num w:numId="2" w16cid:durableId="468670893">
    <w:abstractNumId w:val="6"/>
  </w:num>
  <w:num w:numId="3" w16cid:durableId="1601985847">
    <w:abstractNumId w:val="5"/>
  </w:num>
  <w:num w:numId="4" w16cid:durableId="131676639">
    <w:abstractNumId w:val="4"/>
  </w:num>
  <w:num w:numId="5" w16cid:durableId="1511866767">
    <w:abstractNumId w:val="7"/>
  </w:num>
  <w:num w:numId="6" w16cid:durableId="753625172">
    <w:abstractNumId w:val="3"/>
  </w:num>
  <w:num w:numId="7" w16cid:durableId="381561227">
    <w:abstractNumId w:val="2"/>
  </w:num>
  <w:num w:numId="8" w16cid:durableId="705058462">
    <w:abstractNumId w:val="1"/>
  </w:num>
  <w:num w:numId="9" w16cid:durableId="12613728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323C"/>
    <w:rsid w:val="00326F90"/>
    <w:rsid w:val="003974CD"/>
    <w:rsid w:val="003B76B7"/>
    <w:rsid w:val="004B6FAF"/>
    <w:rsid w:val="005E5C35"/>
    <w:rsid w:val="007675D6"/>
    <w:rsid w:val="00890CF0"/>
    <w:rsid w:val="008A2DF7"/>
    <w:rsid w:val="00A471F5"/>
    <w:rsid w:val="00AA1D8D"/>
    <w:rsid w:val="00B47730"/>
    <w:rsid w:val="00BE2A54"/>
    <w:rsid w:val="00CB0664"/>
    <w:rsid w:val="00CB4B5D"/>
    <w:rsid w:val="00DA0239"/>
    <w:rsid w:val="00F429E6"/>
    <w:rsid w:val="00F819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0CA40C"/>
  <w14:defaultImageDpi w14:val="300"/>
  <w15:docId w15:val="{57251B4E-6EF6-DB49-B5CB-228C9DB1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7395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D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D9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5D91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B4B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4B5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4B5D"/>
    <w:rPr>
      <w:rFonts w:ascii="Calibri" w:hAnsi="Calibri"/>
      <w:color w:val="173956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4B5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4B5D"/>
    <w:rPr>
      <w:rFonts w:ascii="Calibri" w:hAnsi="Calibri"/>
      <w:b/>
      <w:bCs/>
      <w:color w:val="17395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1162</Words>
  <Characters>6455</Characters>
  <Application>Microsoft Office Word</Application>
  <DocSecurity>0</DocSecurity>
  <Lines>201</Lines>
  <Paragraphs>195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USINRED</Manager>
  <Company>USINRED</Company>
  <LinksUpToDate>false</LinksUpToDate>
  <CharactersWithSpaces>7422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USINRED</dc:creator>
  <cp:keywords/>
  <dc:description/>
  <cp:lastModifiedBy>Pedro Farias Batlle</cp:lastModifiedBy>
  <cp:revision>4</cp:revision>
  <dcterms:created xsi:type="dcterms:W3CDTF">2026-09-16T15:05:00Z</dcterms:created>
  <dcterms:modified xsi:type="dcterms:W3CDTF">2026-09-20T11:20:00Z</dcterms:modified>
  <cp:category/>
</cp:coreProperties>
</file>